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03720" w14:textId="77777777" w:rsidR="00217581" w:rsidRDefault="003A77E4">
      <w:pPr>
        <w:spacing w:after="40" w:line="240" w:lineRule="auto"/>
        <w:jc w:val="center"/>
      </w:pPr>
      <w:r>
        <w:rPr>
          <w:b/>
          <w:color w:val="2A4C2A"/>
          <w:sz w:val="28"/>
        </w:rPr>
        <w:t>QUESTIONARIO ANAMNESTICO</w:t>
      </w:r>
      <w:r>
        <w:rPr>
          <w:b/>
          <w:color w:val="2A4C2A"/>
          <w:sz w:val="28"/>
        </w:rPr>
        <w:br/>
        <w:t>PER L’IDONEITÀ MEDICO-SPORTIVA</w:t>
      </w:r>
    </w:p>
    <w:p w14:paraId="3A249647" w14:textId="77777777" w:rsidR="00217581" w:rsidRDefault="003A77E4">
      <w:pPr>
        <w:pBdr>
          <w:bottom w:val="single" w:sz="8" w:space="2" w:color="A8BDA0"/>
        </w:pBdr>
        <w:spacing w:before="80" w:after="40" w:line="240" w:lineRule="auto"/>
      </w:pPr>
      <w:r>
        <w:rPr>
          <w:b/>
          <w:color w:val="305630"/>
          <w:sz w:val="20"/>
        </w:rPr>
        <w:t>A. DATI DELL’ATLETA</w:t>
      </w:r>
    </w:p>
    <w:tbl>
      <w:tblPr>
        <w:tblW w:w="0" w:type="auto"/>
        <w:jc w:val="center"/>
        <w:tblBorders>
          <w:top w:val="single" w:sz="5" w:space="0" w:color="A8BDA0"/>
          <w:left w:val="single" w:sz="5" w:space="0" w:color="A8BDA0"/>
          <w:bottom w:val="single" w:sz="5" w:space="0" w:color="A8BDA0"/>
          <w:right w:val="single" w:sz="5" w:space="0" w:color="A8BDA0"/>
          <w:insideH w:val="single" w:sz="5" w:space="0" w:color="A8BDA0"/>
          <w:insideV w:val="single" w:sz="5" w:space="0" w:color="A8BDA0"/>
        </w:tblBorders>
        <w:tblLayout w:type="fixed"/>
        <w:tblLook w:val="04A0" w:firstRow="1" w:lastRow="0" w:firstColumn="1" w:lastColumn="0" w:noHBand="0" w:noVBand="1"/>
      </w:tblPr>
      <w:tblGrid>
        <w:gridCol w:w="4592"/>
        <w:gridCol w:w="4592"/>
      </w:tblGrid>
      <w:tr w:rsidR="00217581" w14:paraId="76228397" w14:textId="77777777">
        <w:trPr>
          <w:jc w:val="center"/>
        </w:trPr>
        <w:tc>
          <w:tcPr>
            <w:tcW w:w="4592" w:type="dxa"/>
            <w:tcMar>
              <w:top w:w="25" w:type="dxa"/>
              <w:left w:w="45" w:type="dxa"/>
              <w:bottom w:w="25" w:type="dxa"/>
              <w:right w:w="45" w:type="dxa"/>
            </w:tcMar>
          </w:tcPr>
          <w:p w14:paraId="28A5EC33" w14:textId="77777777" w:rsidR="00217581" w:rsidRPr="00DC6B09" w:rsidRDefault="003A77E4">
            <w:pPr>
              <w:spacing w:after="0" w:line="240" w:lineRule="auto"/>
              <w:rPr>
                <w:szCs w:val="18"/>
              </w:rPr>
            </w:pPr>
            <w:r w:rsidRPr="00DC6B09">
              <w:rPr>
                <w:szCs w:val="18"/>
              </w:rPr>
              <w:t>Cognome e nome: __________________________________</w:t>
            </w:r>
          </w:p>
        </w:tc>
        <w:tc>
          <w:tcPr>
            <w:tcW w:w="4592" w:type="dxa"/>
            <w:tcMar>
              <w:top w:w="25" w:type="dxa"/>
              <w:left w:w="45" w:type="dxa"/>
              <w:bottom w:w="25" w:type="dxa"/>
              <w:right w:w="45" w:type="dxa"/>
            </w:tcMar>
          </w:tcPr>
          <w:p w14:paraId="0063222B" w14:textId="77777777" w:rsidR="00217581" w:rsidRPr="00DC6B09" w:rsidRDefault="003A77E4">
            <w:pPr>
              <w:spacing w:after="0" w:line="240" w:lineRule="auto"/>
              <w:rPr>
                <w:szCs w:val="18"/>
              </w:rPr>
            </w:pPr>
            <w:r w:rsidRPr="00DC6B09">
              <w:rPr>
                <w:szCs w:val="18"/>
              </w:rPr>
              <w:t>Codice fiscale: __________________________</w:t>
            </w:r>
          </w:p>
        </w:tc>
      </w:tr>
      <w:tr w:rsidR="00217581" w14:paraId="4DCAF26C" w14:textId="77777777">
        <w:trPr>
          <w:jc w:val="center"/>
        </w:trPr>
        <w:tc>
          <w:tcPr>
            <w:tcW w:w="4592" w:type="dxa"/>
            <w:tcMar>
              <w:top w:w="25" w:type="dxa"/>
              <w:left w:w="45" w:type="dxa"/>
              <w:bottom w:w="25" w:type="dxa"/>
              <w:right w:w="45" w:type="dxa"/>
            </w:tcMar>
          </w:tcPr>
          <w:p w14:paraId="251F2BFF" w14:textId="77777777" w:rsidR="00217581" w:rsidRPr="00DC6B09" w:rsidRDefault="003A77E4">
            <w:pPr>
              <w:spacing w:after="0" w:line="240" w:lineRule="auto"/>
              <w:rPr>
                <w:szCs w:val="18"/>
              </w:rPr>
            </w:pPr>
            <w:r w:rsidRPr="00DC6B09">
              <w:rPr>
                <w:szCs w:val="18"/>
              </w:rPr>
              <w:t>Luogo di nascita: _________________________________</w:t>
            </w:r>
          </w:p>
        </w:tc>
        <w:tc>
          <w:tcPr>
            <w:tcW w:w="4592" w:type="dxa"/>
            <w:tcMar>
              <w:top w:w="25" w:type="dxa"/>
              <w:left w:w="45" w:type="dxa"/>
              <w:bottom w:w="25" w:type="dxa"/>
              <w:right w:w="45" w:type="dxa"/>
            </w:tcMar>
          </w:tcPr>
          <w:p w14:paraId="37E7AC54" w14:textId="77777777" w:rsidR="00217581" w:rsidRPr="00DC6B09" w:rsidRDefault="003A77E4">
            <w:pPr>
              <w:spacing w:after="0" w:line="240" w:lineRule="auto"/>
              <w:rPr>
                <w:szCs w:val="18"/>
              </w:rPr>
            </w:pPr>
            <w:r w:rsidRPr="00DC6B09">
              <w:rPr>
                <w:szCs w:val="18"/>
              </w:rPr>
              <w:t>Data di nascita: ____ / ___</w:t>
            </w:r>
            <w:proofErr w:type="gramStart"/>
            <w:r w:rsidRPr="00DC6B09">
              <w:rPr>
                <w:szCs w:val="18"/>
              </w:rPr>
              <w:t>_ / _</w:t>
            </w:r>
            <w:proofErr w:type="gramEnd"/>
            <w:r w:rsidRPr="00DC6B09">
              <w:rPr>
                <w:szCs w:val="18"/>
              </w:rPr>
              <w:t>_____</w:t>
            </w:r>
          </w:p>
        </w:tc>
      </w:tr>
      <w:tr w:rsidR="00217581" w14:paraId="01F151F5" w14:textId="77777777">
        <w:trPr>
          <w:jc w:val="center"/>
        </w:trPr>
        <w:tc>
          <w:tcPr>
            <w:tcW w:w="4592" w:type="dxa"/>
            <w:tcMar>
              <w:top w:w="25" w:type="dxa"/>
              <w:left w:w="45" w:type="dxa"/>
              <w:bottom w:w="25" w:type="dxa"/>
              <w:right w:w="45" w:type="dxa"/>
            </w:tcMar>
          </w:tcPr>
          <w:p w14:paraId="7DC30640" w14:textId="77777777" w:rsidR="00217581" w:rsidRPr="00DC6B09" w:rsidRDefault="003A77E4">
            <w:pPr>
              <w:spacing w:after="0" w:line="240" w:lineRule="auto"/>
              <w:rPr>
                <w:szCs w:val="18"/>
              </w:rPr>
            </w:pPr>
            <w:r w:rsidRPr="00DC6B09">
              <w:rPr>
                <w:szCs w:val="18"/>
              </w:rPr>
              <w:t>Indirizzo: ________________________________________</w:t>
            </w:r>
          </w:p>
        </w:tc>
        <w:tc>
          <w:tcPr>
            <w:tcW w:w="4592" w:type="dxa"/>
            <w:tcMar>
              <w:top w:w="25" w:type="dxa"/>
              <w:left w:w="45" w:type="dxa"/>
              <w:bottom w:w="25" w:type="dxa"/>
              <w:right w:w="45" w:type="dxa"/>
            </w:tcMar>
          </w:tcPr>
          <w:p w14:paraId="3DD3D078" w14:textId="77777777" w:rsidR="00217581" w:rsidRPr="00DC6B09" w:rsidRDefault="003A77E4">
            <w:pPr>
              <w:spacing w:after="0" w:line="240" w:lineRule="auto"/>
              <w:rPr>
                <w:szCs w:val="18"/>
              </w:rPr>
            </w:pPr>
            <w:r w:rsidRPr="00DC6B09">
              <w:rPr>
                <w:szCs w:val="18"/>
              </w:rPr>
              <w:t>Comune e provincia: _____________________</w:t>
            </w:r>
          </w:p>
        </w:tc>
      </w:tr>
    </w:tbl>
    <w:p w14:paraId="21E1C69F" w14:textId="77777777" w:rsidR="00217581" w:rsidRPr="00DC6B09" w:rsidRDefault="003A77E4">
      <w:pPr>
        <w:spacing w:after="40" w:line="240" w:lineRule="auto"/>
        <w:rPr>
          <w:sz w:val="20"/>
          <w:szCs w:val="20"/>
        </w:rPr>
      </w:pPr>
      <w:r w:rsidRPr="00DC6B09">
        <w:rPr>
          <w:b/>
          <w:sz w:val="20"/>
          <w:szCs w:val="20"/>
        </w:rPr>
        <w:t xml:space="preserve">Sport per cui </w:t>
      </w:r>
      <w:proofErr w:type="spellStart"/>
      <w:r w:rsidRPr="00DC6B09">
        <w:rPr>
          <w:b/>
          <w:sz w:val="20"/>
          <w:szCs w:val="20"/>
        </w:rPr>
        <w:t>si</w:t>
      </w:r>
      <w:proofErr w:type="spellEnd"/>
      <w:r w:rsidRPr="00DC6B09">
        <w:rPr>
          <w:b/>
          <w:sz w:val="20"/>
          <w:szCs w:val="20"/>
        </w:rPr>
        <w:t xml:space="preserve"> </w:t>
      </w:r>
      <w:proofErr w:type="spellStart"/>
      <w:r w:rsidRPr="00DC6B09">
        <w:rPr>
          <w:b/>
          <w:sz w:val="20"/>
          <w:szCs w:val="20"/>
        </w:rPr>
        <w:t>richiede</w:t>
      </w:r>
      <w:proofErr w:type="spellEnd"/>
      <w:r w:rsidRPr="00DC6B09">
        <w:rPr>
          <w:b/>
          <w:sz w:val="20"/>
          <w:szCs w:val="20"/>
        </w:rPr>
        <w:t xml:space="preserve"> il </w:t>
      </w:r>
      <w:proofErr w:type="gramStart"/>
      <w:r w:rsidRPr="00DC6B09">
        <w:rPr>
          <w:b/>
          <w:sz w:val="20"/>
          <w:szCs w:val="20"/>
        </w:rPr>
        <w:t xml:space="preserve">certificato  </w:t>
      </w:r>
      <w:r w:rsidRPr="00DC6B09">
        <w:rPr>
          <w:sz w:val="20"/>
          <w:szCs w:val="20"/>
        </w:rPr>
        <w:t>_</w:t>
      </w:r>
      <w:proofErr w:type="gramEnd"/>
      <w:r w:rsidRPr="00DC6B09">
        <w:rPr>
          <w:sz w:val="20"/>
          <w:szCs w:val="20"/>
        </w:rPr>
        <w:t>____________________________________________</w:t>
      </w:r>
    </w:p>
    <w:p w14:paraId="6D8D9874" w14:textId="77777777" w:rsidR="00217581" w:rsidRDefault="003A77E4">
      <w:pPr>
        <w:pBdr>
          <w:bottom w:val="single" w:sz="8" w:space="2" w:color="A8BDA0"/>
        </w:pBdr>
        <w:spacing w:before="80" w:after="40" w:line="240" w:lineRule="auto"/>
      </w:pPr>
      <w:r>
        <w:rPr>
          <w:b/>
          <w:color w:val="305630"/>
          <w:sz w:val="20"/>
        </w:rPr>
        <w:t>B. FAMILIARITÀ E PRECEDENTI FAMILIARI</w:t>
      </w:r>
    </w:p>
    <w:p w14:paraId="6C1E910D" w14:textId="77777777" w:rsidR="00217581" w:rsidRDefault="003A77E4">
      <w:pPr>
        <w:spacing w:after="40" w:line="240" w:lineRule="auto"/>
      </w:pPr>
      <w:r>
        <w:t>Tra genitori, fratelli/sorelle o nonni deceduti prima dei 50 anni, sono presenti o si sono verificati i seguenti casi?</w:t>
      </w:r>
    </w:p>
    <w:tbl>
      <w:tblPr>
        <w:tblW w:w="0" w:type="auto"/>
        <w:jc w:val="center"/>
        <w:tblBorders>
          <w:top w:val="single" w:sz="5" w:space="0" w:color="A8BDA0"/>
          <w:left w:val="single" w:sz="5" w:space="0" w:color="A8BDA0"/>
          <w:bottom w:val="single" w:sz="5" w:space="0" w:color="A8BDA0"/>
          <w:right w:val="single" w:sz="5" w:space="0" w:color="A8BDA0"/>
          <w:insideH w:val="single" w:sz="5" w:space="0" w:color="A8BDA0"/>
          <w:insideV w:val="single" w:sz="5" w:space="0" w:color="A8BDA0"/>
        </w:tblBorders>
        <w:tblLayout w:type="fixed"/>
        <w:tblLook w:val="04A0" w:firstRow="1" w:lastRow="0" w:firstColumn="1" w:lastColumn="0" w:noHBand="0" w:noVBand="1"/>
      </w:tblPr>
      <w:tblGrid>
        <w:gridCol w:w="3345"/>
        <w:gridCol w:w="369"/>
        <w:gridCol w:w="369"/>
      </w:tblGrid>
      <w:tr w:rsidR="00217581" w14:paraId="281700C1" w14:textId="77777777">
        <w:trPr>
          <w:jc w:val="center"/>
        </w:trPr>
        <w:tc>
          <w:tcPr>
            <w:tcW w:w="3345" w:type="dxa"/>
            <w:shd w:val="clear" w:color="auto" w:fill="F7F9F5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BAF83C0" w14:textId="77777777" w:rsidR="00217581" w:rsidRDefault="003A77E4">
            <w:pPr>
              <w:spacing w:after="0" w:line="240" w:lineRule="auto"/>
            </w:pPr>
            <w:r>
              <w:rPr>
                <w:sz w:val="15"/>
              </w:rPr>
              <w:t>Patologie cardiache</w:t>
            </w:r>
          </w:p>
        </w:tc>
        <w:tc>
          <w:tcPr>
            <w:tcW w:w="369" w:type="dxa"/>
            <w:shd w:val="clear" w:color="auto" w:fill="F7F9F5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75E4979" w14:textId="77777777" w:rsidR="00217581" w:rsidRDefault="003A77E4">
            <w:pPr>
              <w:spacing w:after="0" w:line="240" w:lineRule="auto"/>
              <w:jc w:val="center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Sì</w:t>
            </w:r>
          </w:p>
        </w:tc>
        <w:tc>
          <w:tcPr>
            <w:tcW w:w="369" w:type="dxa"/>
            <w:shd w:val="clear" w:color="auto" w:fill="F7F9F5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7357004" w14:textId="77777777" w:rsidR="00217581" w:rsidRDefault="003A77E4">
            <w:pPr>
              <w:spacing w:after="0" w:line="240" w:lineRule="auto"/>
              <w:jc w:val="center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No</w:t>
            </w:r>
          </w:p>
        </w:tc>
      </w:tr>
      <w:tr w:rsidR="00217581" w14:paraId="51A776D2" w14:textId="77777777">
        <w:trPr>
          <w:jc w:val="center"/>
        </w:trPr>
        <w:tc>
          <w:tcPr>
            <w:tcW w:w="334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584A18A" w14:textId="77777777" w:rsidR="00217581" w:rsidRDefault="003A77E4">
            <w:pPr>
              <w:spacing w:after="0" w:line="240" w:lineRule="auto"/>
            </w:pPr>
            <w:r>
              <w:rPr>
                <w:sz w:val="15"/>
              </w:rPr>
              <w:t>Morte cardiaca improvvisa</w:t>
            </w:r>
          </w:p>
        </w:tc>
        <w:tc>
          <w:tcPr>
            <w:tcW w:w="369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C35F22B" w14:textId="77777777" w:rsidR="00217581" w:rsidRDefault="003A77E4">
            <w:pPr>
              <w:spacing w:after="0" w:line="240" w:lineRule="auto"/>
              <w:jc w:val="center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Sì</w:t>
            </w:r>
          </w:p>
        </w:tc>
        <w:tc>
          <w:tcPr>
            <w:tcW w:w="369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C981697" w14:textId="77777777" w:rsidR="00217581" w:rsidRDefault="003A77E4">
            <w:pPr>
              <w:spacing w:after="0" w:line="240" w:lineRule="auto"/>
              <w:jc w:val="center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No</w:t>
            </w:r>
          </w:p>
        </w:tc>
      </w:tr>
      <w:tr w:rsidR="00217581" w14:paraId="25286DCC" w14:textId="77777777">
        <w:trPr>
          <w:jc w:val="center"/>
        </w:trPr>
        <w:tc>
          <w:tcPr>
            <w:tcW w:w="3345" w:type="dxa"/>
            <w:shd w:val="clear" w:color="auto" w:fill="F7F9F5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0863992" w14:textId="77777777" w:rsidR="00217581" w:rsidRDefault="003A77E4">
            <w:pPr>
              <w:spacing w:after="0" w:line="240" w:lineRule="auto"/>
            </w:pPr>
            <w:r>
              <w:rPr>
                <w:sz w:val="15"/>
              </w:rPr>
              <w:t>Ipertensione arteriosa</w:t>
            </w:r>
          </w:p>
        </w:tc>
        <w:tc>
          <w:tcPr>
            <w:tcW w:w="369" w:type="dxa"/>
            <w:shd w:val="clear" w:color="auto" w:fill="F7F9F5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85B635D" w14:textId="77777777" w:rsidR="00217581" w:rsidRDefault="003A77E4">
            <w:pPr>
              <w:spacing w:after="0" w:line="240" w:lineRule="auto"/>
              <w:jc w:val="center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Sì</w:t>
            </w:r>
          </w:p>
        </w:tc>
        <w:tc>
          <w:tcPr>
            <w:tcW w:w="369" w:type="dxa"/>
            <w:shd w:val="clear" w:color="auto" w:fill="F7F9F5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4FFD202" w14:textId="77777777" w:rsidR="00217581" w:rsidRDefault="003A77E4">
            <w:pPr>
              <w:spacing w:after="0" w:line="240" w:lineRule="auto"/>
              <w:jc w:val="center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No</w:t>
            </w:r>
          </w:p>
        </w:tc>
      </w:tr>
      <w:tr w:rsidR="00217581" w14:paraId="39036B6D" w14:textId="77777777">
        <w:trPr>
          <w:jc w:val="center"/>
        </w:trPr>
        <w:tc>
          <w:tcPr>
            <w:tcW w:w="334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B08E123" w14:textId="77777777" w:rsidR="00217581" w:rsidRDefault="003A77E4">
            <w:pPr>
              <w:spacing w:after="0" w:line="240" w:lineRule="auto"/>
            </w:pPr>
            <w:r>
              <w:rPr>
                <w:sz w:val="15"/>
              </w:rPr>
              <w:t>Asma</w:t>
            </w:r>
          </w:p>
        </w:tc>
        <w:tc>
          <w:tcPr>
            <w:tcW w:w="369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EB1ADC4" w14:textId="77777777" w:rsidR="00217581" w:rsidRDefault="003A77E4">
            <w:pPr>
              <w:spacing w:after="0" w:line="240" w:lineRule="auto"/>
              <w:jc w:val="center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Sì</w:t>
            </w:r>
          </w:p>
        </w:tc>
        <w:tc>
          <w:tcPr>
            <w:tcW w:w="369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1641EEE" w14:textId="77777777" w:rsidR="00217581" w:rsidRDefault="003A77E4">
            <w:pPr>
              <w:spacing w:after="0" w:line="240" w:lineRule="auto"/>
              <w:jc w:val="center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No</w:t>
            </w:r>
          </w:p>
        </w:tc>
      </w:tr>
      <w:tr w:rsidR="00217581" w14:paraId="176FB119" w14:textId="77777777">
        <w:trPr>
          <w:jc w:val="center"/>
        </w:trPr>
        <w:tc>
          <w:tcPr>
            <w:tcW w:w="3345" w:type="dxa"/>
            <w:shd w:val="clear" w:color="auto" w:fill="F7F9F5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33CFBB4" w14:textId="77777777" w:rsidR="00217581" w:rsidRDefault="003A77E4">
            <w:pPr>
              <w:spacing w:after="0" w:line="240" w:lineRule="auto"/>
            </w:pPr>
            <w:r>
              <w:rPr>
                <w:sz w:val="15"/>
              </w:rPr>
              <w:t>Colesterolo elevato o diabete</w:t>
            </w:r>
          </w:p>
        </w:tc>
        <w:tc>
          <w:tcPr>
            <w:tcW w:w="369" w:type="dxa"/>
            <w:shd w:val="clear" w:color="auto" w:fill="F7F9F5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59110B0" w14:textId="77777777" w:rsidR="00217581" w:rsidRDefault="003A77E4">
            <w:pPr>
              <w:spacing w:after="0" w:line="240" w:lineRule="auto"/>
              <w:jc w:val="center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Sì</w:t>
            </w:r>
          </w:p>
        </w:tc>
        <w:tc>
          <w:tcPr>
            <w:tcW w:w="369" w:type="dxa"/>
            <w:shd w:val="clear" w:color="auto" w:fill="F7F9F5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93A2A26" w14:textId="77777777" w:rsidR="00217581" w:rsidRDefault="003A77E4">
            <w:pPr>
              <w:spacing w:after="0" w:line="240" w:lineRule="auto"/>
              <w:jc w:val="center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No</w:t>
            </w:r>
          </w:p>
        </w:tc>
      </w:tr>
      <w:tr w:rsidR="00217581" w14:paraId="60180DD1" w14:textId="77777777">
        <w:trPr>
          <w:jc w:val="center"/>
        </w:trPr>
        <w:tc>
          <w:tcPr>
            <w:tcW w:w="334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2E9D5E3" w14:textId="77777777" w:rsidR="00217581" w:rsidRDefault="003A77E4">
            <w:pPr>
              <w:spacing w:after="0" w:line="240" w:lineRule="auto"/>
            </w:pPr>
            <w:r>
              <w:rPr>
                <w:sz w:val="15"/>
              </w:rPr>
              <w:t>Ictus</w:t>
            </w:r>
          </w:p>
        </w:tc>
        <w:tc>
          <w:tcPr>
            <w:tcW w:w="369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FBF3C15" w14:textId="77777777" w:rsidR="00217581" w:rsidRDefault="003A77E4">
            <w:pPr>
              <w:spacing w:after="0" w:line="240" w:lineRule="auto"/>
              <w:jc w:val="center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Sì</w:t>
            </w:r>
          </w:p>
        </w:tc>
        <w:tc>
          <w:tcPr>
            <w:tcW w:w="369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670CA91" w14:textId="77777777" w:rsidR="00217581" w:rsidRDefault="003A77E4">
            <w:pPr>
              <w:spacing w:after="0" w:line="240" w:lineRule="auto"/>
              <w:jc w:val="center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No</w:t>
            </w:r>
          </w:p>
        </w:tc>
      </w:tr>
    </w:tbl>
    <w:p w14:paraId="15D6EF8F" w14:textId="77777777" w:rsidR="00217581" w:rsidRDefault="00217581">
      <w:pPr>
        <w:spacing w:after="40" w:line="240" w:lineRule="auto"/>
      </w:pPr>
    </w:p>
    <w:p w14:paraId="71B0F240" w14:textId="77777777" w:rsidR="00217581" w:rsidRDefault="003A77E4">
      <w:pPr>
        <w:spacing w:after="40" w:line="240" w:lineRule="auto"/>
      </w:pPr>
      <w:r>
        <w:rPr>
          <w:b/>
        </w:rPr>
        <w:t xml:space="preserve">Altre patologie rilevanti (specificare)  </w:t>
      </w:r>
      <w:r>
        <w:t>_______________________________________________________</w:t>
      </w:r>
    </w:p>
    <w:p w14:paraId="2C4A6F05" w14:textId="77777777" w:rsidR="00217581" w:rsidRDefault="003A77E4">
      <w:pPr>
        <w:pBdr>
          <w:bottom w:val="single" w:sz="8" w:space="2" w:color="A8BDA0"/>
        </w:pBdr>
        <w:spacing w:before="80" w:after="40" w:line="240" w:lineRule="auto"/>
      </w:pPr>
      <w:r>
        <w:rPr>
          <w:b/>
          <w:color w:val="305630"/>
          <w:sz w:val="20"/>
        </w:rPr>
        <w:t>C. STORIA CLINICA PERSONALE</w:t>
      </w:r>
    </w:p>
    <w:p w14:paraId="3E91F0B4" w14:textId="77777777" w:rsidR="00217581" w:rsidRDefault="003A77E4">
      <w:pPr>
        <w:spacing w:after="40" w:line="240" w:lineRule="auto"/>
      </w:pPr>
      <w:r>
        <w:t>Un medico le ha mai diagnosticato o segnalato una delle seguenti condizioni?</w:t>
      </w:r>
    </w:p>
    <w:tbl>
      <w:tblPr>
        <w:tblW w:w="0" w:type="auto"/>
        <w:jc w:val="center"/>
        <w:tblBorders>
          <w:top w:val="single" w:sz="5" w:space="0" w:color="A8BDA0"/>
          <w:left w:val="single" w:sz="5" w:space="0" w:color="A8BDA0"/>
          <w:bottom w:val="single" w:sz="5" w:space="0" w:color="A8BDA0"/>
          <w:right w:val="single" w:sz="5" w:space="0" w:color="A8BDA0"/>
          <w:insideH w:val="single" w:sz="5" w:space="0" w:color="A8BDA0"/>
          <w:insideV w:val="single" w:sz="5" w:space="0" w:color="A8BDA0"/>
        </w:tblBorders>
        <w:tblLayout w:type="fixed"/>
        <w:tblLook w:val="04A0" w:firstRow="1" w:lastRow="0" w:firstColumn="1" w:lastColumn="0" w:noHBand="0" w:noVBand="1"/>
      </w:tblPr>
      <w:tblGrid>
        <w:gridCol w:w="3345"/>
        <w:gridCol w:w="369"/>
        <w:gridCol w:w="369"/>
      </w:tblGrid>
      <w:tr w:rsidR="00217581" w14:paraId="7A9E69A6" w14:textId="77777777">
        <w:trPr>
          <w:jc w:val="center"/>
        </w:trPr>
        <w:tc>
          <w:tcPr>
            <w:tcW w:w="3345" w:type="dxa"/>
            <w:shd w:val="clear" w:color="auto" w:fill="F7F9F5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FCBF3B7" w14:textId="77777777" w:rsidR="00217581" w:rsidRDefault="003A77E4">
            <w:pPr>
              <w:spacing w:after="0" w:line="240" w:lineRule="auto"/>
            </w:pPr>
            <w:r>
              <w:rPr>
                <w:sz w:val="15"/>
              </w:rPr>
              <w:t>Malattia cardiaca</w:t>
            </w:r>
          </w:p>
        </w:tc>
        <w:tc>
          <w:tcPr>
            <w:tcW w:w="369" w:type="dxa"/>
            <w:shd w:val="clear" w:color="auto" w:fill="F7F9F5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E51BAE0" w14:textId="77777777" w:rsidR="00217581" w:rsidRDefault="003A77E4">
            <w:pPr>
              <w:spacing w:after="0" w:line="240" w:lineRule="auto"/>
              <w:jc w:val="center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Sì</w:t>
            </w:r>
          </w:p>
        </w:tc>
        <w:tc>
          <w:tcPr>
            <w:tcW w:w="369" w:type="dxa"/>
            <w:shd w:val="clear" w:color="auto" w:fill="F7F9F5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07B05E8" w14:textId="77777777" w:rsidR="00217581" w:rsidRDefault="003A77E4">
            <w:pPr>
              <w:spacing w:after="0" w:line="240" w:lineRule="auto"/>
              <w:jc w:val="center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No</w:t>
            </w:r>
          </w:p>
        </w:tc>
      </w:tr>
      <w:tr w:rsidR="00217581" w14:paraId="602B7FF5" w14:textId="77777777">
        <w:trPr>
          <w:jc w:val="center"/>
        </w:trPr>
        <w:tc>
          <w:tcPr>
            <w:tcW w:w="334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A47F360" w14:textId="77777777" w:rsidR="00217581" w:rsidRDefault="003A77E4">
            <w:pPr>
              <w:spacing w:after="0" w:line="240" w:lineRule="auto"/>
            </w:pPr>
            <w:r>
              <w:rPr>
                <w:sz w:val="15"/>
              </w:rPr>
              <w:t>Soffio cardiaco</w:t>
            </w:r>
          </w:p>
        </w:tc>
        <w:tc>
          <w:tcPr>
            <w:tcW w:w="369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5507D46" w14:textId="77777777" w:rsidR="00217581" w:rsidRDefault="003A77E4">
            <w:pPr>
              <w:spacing w:after="0" w:line="240" w:lineRule="auto"/>
              <w:jc w:val="center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Sì</w:t>
            </w:r>
          </w:p>
        </w:tc>
        <w:tc>
          <w:tcPr>
            <w:tcW w:w="369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BE2A047" w14:textId="77777777" w:rsidR="00217581" w:rsidRDefault="003A77E4">
            <w:pPr>
              <w:spacing w:after="0" w:line="240" w:lineRule="auto"/>
              <w:jc w:val="center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No</w:t>
            </w:r>
          </w:p>
        </w:tc>
      </w:tr>
      <w:tr w:rsidR="00217581" w14:paraId="24D1E7B5" w14:textId="77777777">
        <w:trPr>
          <w:jc w:val="center"/>
        </w:trPr>
        <w:tc>
          <w:tcPr>
            <w:tcW w:w="3345" w:type="dxa"/>
            <w:shd w:val="clear" w:color="auto" w:fill="F7F9F5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FD8D4BC" w14:textId="77777777" w:rsidR="00217581" w:rsidRDefault="003A77E4">
            <w:pPr>
              <w:spacing w:after="0" w:line="240" w:lineRule="auto"/>
            </w:pPr>
            <w:r>
              <w:rPr>
                <w:sz w:val="15"/>
              </w:rPr>
              <w:t>Aritmie o battito irregolare</w:t>
            </w:r>
          </w:p>
        </w:tc>
        <w:tc>
          <w:tcPr>
            <w:tcW w:w="369" w:type="dxa"/>
            <w:shd w:val="clear" w:color="auto" w:fill="F7F9F5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C661E5E" w14:textId="77777777" w:rsidR="00217581" w:rsidRDefault="003A77E4">
            <w:pPr>
              <w:spacing w:after="0" w:line="240" w:lineRule="auto"/>
              <w:jc w:val="center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Sì</w:t>
            </w:r>
          </w:p>
        </w:tc>
        <w:tc>
          <w:tcPr>
            <w:tcW w:w="369" w:type="dxa"/>
            <w:shd w:val="clear" w:color="auto" w:fill="F7F9F5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4A7CF8B" w14:textId="77777777" w:rsidR="00217581" w:rsidRDefault="003A77E4">
            <w:pPr>
              <w:spacing w:after="0" w:line="240" w:lineRule="auto"/>
              <w:jc w:val="center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No</w:t>
            </w:r>
          </w:p>
        </w:tc>
      </w:tr>
      <w:tr w:rsidR="00217581" w14:paraId="3A7E6246" w14:textId="77777777">
        <w:trPr>
          <w:jc w:val="center"/>
        </w:trPr>
        <w:tc>
          <w:tcPr>
            <w:tcW w:w="334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3B2C6EC" w14:textId="77777777" w:rsidR="00217581" w:rsidRDefault="003A77E4">
            <w:pPr>
              <w:spacing w:after="0" w:line="240" w:lineRule="auto"/>
            </w:pPr>
            <w:r>
              <w:rPr>
                <w:sz w:val="15"/>
              </w:rPr>
              <w:t>Pressione arteriosa elevata</w:t>
            </w:r>
          </w:p>
        </w:tc>
        <w:tc>
          <w:tcPr>
            <w:tcW w:w="369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C86201B" w14:textId="77777777" w:rsidR="00217581" w:rsidRDefault="003A77E4">
            <w:pPr>
              <w:spacing w:after="0" w:line="240" w:lineRule="auto"/>
              <w:jc w:val="center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Sì</w:t>
            </w:r>
          </w:p>
        </w:tc>
        <w:tc>
          <w:tcPr>
            <w:tcW w:w="369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08A7383" w14:textId="77777777" w:rsidR="00217581" w:rsidRDefault="003A77E4">
            <w:pPr>
              <w:spacing w:after="0" w:line="240" w:lineRule="auto"/>
              <w:jc w:val="center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No</w:t>
            </w:r>
          </w:p>
        </w:tc>
      </w:tr>
      <w:tr w:rsidR="00217581" w14:paraId="03E85854" w14:textId="77777777">
        <w:trPr>
          <w:jc w:val="center"/>
        </w:trPr>
        <w:tc>
          <w:tcPr>
            <w:tcW w:w="3345" w:type="dxa"/>
            <w:shd w:val="clear" w:color="auto" w:fill="F7F9F5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D8CF0AC" w14:textId="77777777" w:rsidR="00217581" w:rsidRDefault="003A77E4">
            <w:pPr>
              <w:spacing w:after="0" w:line="240" w:lineRule="auto"/>
            </w:pPr>
            <w:r>
              <w:rPr>
                <w:sz w:val="15"/>
              </w:rPr>
              <w:t>Colesterolo elevato o diabete</w:t>
            </w:r>
          </w:p>
        </w:tc>
        <w:tc>
          <w:tcPr>
            <w:tcW w:w="369" w:type="dxa"/>
            <w:shd w:val="clear" w:color="auto" w:fill="F7F9F5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2F9B6C6" w14:textId="77777777" w:rsidR="00217581" w:rsidRDefault="003A77E4">
            <w:pPr>
              <w:spacing w:after="0" w:line="240" w:lineRule="auto"/>
              <w:jc w:val="center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Sì</w:t>
            </w:r>
          </w:p>
        </w:tc>
        <w:tc>
          <w:tcPr>
            <w:tcW w:w="369" w:type="dxa"/>
            <w:shd w:val="clear" w:color="auto" w:fill="F7F9F5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0E59DEE" w14:textId="77777777" w:rsidR="00217581" w:rsidRDefault="003A77E4">
            <w:pPr>
              <w:spacing w:after="0" w:line="240" w:lineRule="auto"/>
              <w:jc w:val="center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No</w:t>
            </w:r>
          </w:p>
        </w:tc>
      </w:tr>
      <w:tr w:rsidR="00217581" w14:paraId="344AF349" w14:textId="77777777">
        <w:trPr>
          <w:jc w:val="center"/>
        </w:trPr>
        <w:tc>
          <w:tcPr>
            <w:tcW w:w="334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3915015" w14:textId="77777777" w:rsidR="00217581" w:rsidRDefault="003A77E4">
            <w:pPr>
              <w:spacing w:after="0" w:line="240" w:lineRule="auto"/>
            </w:pPr>
            <w:r>
              <w:rPr>
                <w:sz w:val="15"/>
              </w:rPr>
              <w:t>Asma</w:t>
            </w:r>
          </w:p>
        </w:tc>
        <w:tc>
          <w:tcPr>
            <w:tcW w:w="369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8B9F220" w14:textId="77777777" w:rsidR="00217581" w:rsidRDefault="003A77E4">
            <w:pPr>
              <w:spacing w:after="0" w:line="240" w:lineRule="auto"/>
              <w:jc w:val="center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Sì</w:t>
            </w:r>
          </w:p>
        </w:tc>
        <w:tc>
          <w:tcPr>
            <w:tcW w:w="369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08AB4E8" w14:textId="77777777" w:rsidR="00217581" w:rsidRDefault="003A77E4">
            <w:pPr>
              <w:spacing w:after="0" w:line="240" w:lineRule="auto"/>
              <w:jc w:val="center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No</w:t>
            </w:r>
          </w:p>
        </w:tc>
      </w:tr>
    </w:tbl>
    <w:p w14:paraId="3A640A8A" w14:textId="77777777" w:rsidR="00217581" w:rsidRDefault="00217581">
      <w:pPr>
        <w:spacing w:after="40" w:line="240" w:lineRule="auto"/>
      </w:pPr>
    </w:p>
    <w:p w14:paraId="2AF533DD" w14:textId="77777777" w:rsidR="00217581" w:rsidRDefault="003A77E4">
      <w:pPr>
        <w:spacing w:after="40" w:line="240" w:lineRule="auto"/>
      </w:pPr>
      <w:r>
        <w:t>Nel corso della vita ha mai manifestato uno dei seguenti sintomi?</w:t>
      </w:r>
    </w:p>
    <w:tbl>
      <w:tblPr>
        <w:tblW w:w="0" w:type="auto"/>
        <w:jc w:val="center"/>
        <w:tblBorders>
          <w:top w:val="single" w:sz="5" w:space="0" w:color="A8BDA0"/>
          <w:left w:val="single" w:sz="5" w:space="0" w:color="A8BDA0"/>
          <w:bottom w:val="single" w:sz="5" w:space="0" w:color="A8BDA0"/>
          <w:right w:val="single" w:sz="5" w:space="0" w:color="A8BDA0"/>
          <w:insideH w:val="single" w:sz="5" w:space="0" w:color="A8BDA0"/>
          <w:insideV w:val="single" w:sz="5" w:space="0" w:color="A8BDA0"/>
        </w:tblBorders>
        <w:tblLayout w:type="fixed"/>
        <w:tblLook w:val="04A0" w:firstRow="1" w:lastRow="0" w:firstColumn="1" w:lastColumn="0" w:noHBand="0" w:noVBand="1"/>
      </w:tblPr>
      <w:tblGrid>
        <w:gridCol w:w="3345"/>
        <w:gridCol w:w="369"/>
        <w:gridCol w:w="369"/>
      </w:tblGrid>
      <w:tr w:rsidR="00217581" w14:paraId="54EDCEB0" w14:textId="77777777">
        <w:trPr>
          <w:jc w:val="center"/>
        </w:trPr>
        <w:tc>
          <w:tcPr>
            <w:tcW w:w="3345" w:type="dxa"/>
            <w:shd w:val="clear" w:color="auto" w:fill="F7F9F5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BD3760F" w14:textId="77777777" w:rsidR="00217581" w:rsidRDefault="003A77E4">
            <w:pPr>
              <w:spacing w:after="0" w:line="240" w:lineRule="auto"/>
            </w:pPr>
            <w:r>
              <w:rPr>
                <w:sz w:val="15"/>
              </w:rPr>
              <w:t>Dolore o senso di oppressione al torace</w:t>
            </w:r>
          </w:p>
        </w:tc>
        <w:tc>
          <w:tcPr>
            <w:tcW w:w="369" w:type="dxa"/>
            <w:shd w:val="clear" w:color="auto" w:fill="F7F9F5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A64EFF3" w14:textId="77777777" w:rsidR="00217581" w:rsidRDefault="003A77E4">
            <w:pPr>
              <w:spacing w:after="0" w:line="240" w:lineRule="auto"/>
              <w:jc w:val="center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Sì</w:t>
            </w:r>
          </w:p>
        </w:tc>
        <w:tc>
          <w:tcPr>
            <w:tcW w:w="369" w:type="dxa"/>
            <w:shd w:val="clear" w:color="auto" w:fill="F7F9F5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D55F03B" w14:textId="77777777" w:rsidR="00217581" w:rsidRDefault="003A77E4">
            <w:pPr>
              <w:spacing w:after="0" w:line="240" w:lineRule="auto"/>
              <w:jc w:val="center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No</w:t>
            </w:r>
          </w:p>
        </w:tc>
      </w:tr>
      <w:tr w:rsidR="00217581" w14:paraId="1C1BBF56" w14:textId="77777777">
        <w:trPr>
          <w:jc w:val="center"/>
        </w:trPr>
        <w:tc>
          <w:tcPr>
            <w:tcW w:w="334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21F2C2D" w14:textId="77777777" w:rsidR="00217581" w:rsidRDefault="003A77E4">
            <w:pPr>
              <w:spacing w:after="0" w:line="240" w:lineRule="auto"/>
            </w:pPr>
            <w:r>
              <w:rPr>
                <w:sz w:val="15"/>
              </w:rPr>
              <w:t>Svenimento o perdita di coscienza</w:t>
            </w:r>
          </w:p>
        </w:tc>
        <w:tc>
          <w:tcPr>
            <w:tcW w:w="369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0EE85F3" w14:textId="77777777" w:rsidR="00217581" w:rsidRDefault="003A77E4">
            <w:pPr>
              <w:spacing w:after="0" w:line="240" w:lineRule="auto"/>
              <w:jc w:val="center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Sì</w:t>
            </w:r>
          </w:p>
        </w:tc>
        <w:tc>
          <w:tcPr>
            <w:tcW w:w="369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9959FAF" w14:textId="77777777" w:rsidR="00217581" w:rsidRDefault="003A77E4">
            <w:pPr>
              <w:spacing w:after="0" w:line="240" w:lineRule="auto"/>
              <w:jc w:val="center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No</w:t>
            </w:r>
          </w:p>
        </w:tc>
      </w:tr>
      <w:tr w:rsidR="00217581" w14:paraId="3F12C375" w14:textId="77777777">
        <w:trPr>
          <w:jc w:val="center"/>
        </w:trPr>
        <w:tc>
          <w:tcPr>
            <w:tcW w:w="3345" w:type="dxa"/>
            <w:shd w:val="clear" w:color="auto" w:fill="F7F9F5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F881A02" w14:textId="77777777" w:rsidR="00217581" w:rsidRDefault="003A77E4">
            <w:pPr>
              <w:spacing w:after="0" w:line="240" w:lineRule="auto"/>
            </w:pPr>
            <w:r>
              <w:rPr>
                <w:sz w:val="15"/>
              </w:rPr>
              <w:t>Palpitazioni o tachicardia insolita</w:t>
            </w:r>
          </w:p>
        </w:tc>
        <w:tc>
          <w:tcPr>
            <w:tcW w:w="369" w:type="dxa"/>
            <w:shd w:val="clear" w:color="auto" w:fill="F7F9F5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35AC1C6" w14:textId="77777777" w:rsidR="00217581" w:rsidRDefault="003A77E4">
            <w:pPr>
              <w:spacing w:after="0" w:line="240" w:lineRule="auto"/>
              <w:jc w:val="center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Sì</w:t>
            </w:r>
          </w:p>
        </w:tc>
        <w:tc>
          <w:tcPr>
            <w:tcW w:w="369" w:type="dxa"/>
            <w:shd w:val="clear" w:color="auto" w:fill="F7F9F5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BC8BD4B" w14:textId="77777777" w:rsidR="00217581" w:rsidRDefault="003A77E4">
            <w:pPr>
              <w:spacing w:after="0" w:line="240" w:lineRule="auto"/>
              <w:jc w:val="center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No</w:t>
            </w:r>
          </w:p>
        </w:tc>
      </w:tr>
      <w:tr w:rsidR="00217581" w14:paraId="71F1D643" w14:textId="77777777">
        <w:trPr>
          <w:jc w:val="center"/>
        </w:trPr>
        <w:tc>
          <w:tcPr>
            <w:tcW w:w="334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DE137D8" w14:textId="77777777" w:rsidR="00217581" w:rsidRDefault="003A77E4">
            <w:pPr>
              <w:spacing w:after="0" w:line="240" w:lineRule="auto"/>
            </w:pPr>
            <w:r>
              <w:rPr>
                <w:sz w:val="15"/>
              </w:rPr>
              <w:t>Improvvisa accelerazione del battito cardiaco</w:t>
            </w:r>
          </w:p>
        </w:tc>
        <w:tc>
          <w:tcPr>
            <w:tcW w:w="369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428393A" w14:textId="77777777" w:rsidR="00217581" w:rsidRDefault="003A77E4">
            <w:pPr>
              <w:spacing w:after="0" w:line="240" w:lineRule="auto"/>
              <w:jc w:val="center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Sì</w:t>
            </w:r>
          </w:p>
        </w:tc>
        <w:tc>
          <w:tcPr>
            <w:tcW w:w="369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6284528" w14:textId="77777777" w:rsidR="00217581" w:rsidRDefault="003A77E4">
            <w:pPr>
              <w:spacing w:after="0" w:line="240" w:lineRule="auto"/>
              <w:jc w:val="center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No</w:t>
            </w:r>
          </w:p>
        </w:tc>
      </w:tr>
      <w:tr w:rsidR="00217581" w14:paraId="1328F10E" w14:textId="77777777">
        <w:trPr>
          <w:jc w:val="center"/>
        </w:trPr>
        <w:tc>
          <w:tcPr>
            <w:tcW w:w="3345" w:type="dxa"/>
            <w:shd w:val="clear" w:color="auto" w:fill="F7F9F5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5B5B429" w14:textId="77777777" w:rsidR="00217581" w:rsidRDefault="003A77E4">
            <w:pPr>
              <w:spacing w:after="0" w:line="240" w:lineRule="auto"/>
            </w:pPr>
            <w:r>
              <w:rPr>
                <w:sz w:val="15"/>
              </w:rPr>
              <w:t>Affanno o difficoltà respiratoria anomala durante lo sforzo</w:t>
            </w:r>
          </w:p>
        </w:tc>
        <w:tc>
          <w:tcPr>
            <w:tcW w:w="369" w:type="dxa"/>
            <w:shd w:val="clear" w:color="auto" w:fill="F7F9F5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6CD716C" w14:textId="77777777" w:rsidR="00217581" w:rsidRDefault="003A77E4">
            <w:pPr>
              <w:spacing w:after="0" w:line="240" w:lineRule="auto"/>
              <w:jc w:val="center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Sì</w:t>
            </w:r>
          </w:p>
        </w:tc>
        <w:tc>
          <w:tcPr>
            <w:tcW w:w="369" w:type="dxa"/>
            <w:shd w:val="clear" w:color="auto" w:fill="F7F9F5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284FEA0" w14:textId="77777777" w:rsidR="00217581" w:rsidRDefault="003A77E4">
            <w:pPr>
              <w:spacing w:after="0" w:line="240" w:lineRule="auto"/>
              <w:jc w:val="center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No</w:t>
            </w:r>
          </w:p>
        </w:tc>
      </w:tr>
    </w:tbl>
    <w:p w14:paraId="4415A6B7" w14:textId="72CEA4A2" w:rsidR="00217581" w:rsidRDefault="003A77E4" w:rsidP="00DC6B09">
      <w:pPr>
        <w:spacing w:after="40" w:line="240" w:lineRule="auto"/>
      </w:pPr>
      <w:r>
        <w:br w:type="page"/>
      </w:r>
      <w:r>
        <w:rPr>
          <w:b/>
          <w:color w:val="2A4C2A"/>
          <w:sz w:val="24"/>
        </w:rPr>
        <w:lastRenderedPageBreak/>
        <w:t>QUESTIONARIO ANAMNESTICO — SEGUE</w:t>
      </w:r>
    </w:p>
    <w:p w14:paraId="0DA98AE2" w14:textId="77777777" w:rsidR="00217581" w:rsidRDefault="003A77E4">
      <w:pPr>
        <w:pBdr>
          <w:bottom w:val="single" w:sz="8" w:space="2" w:color="A8BDA0"/>
        </w:pBdr>
        <w:spacing w:before="80" w:after="40" w:line="240" w:lineRule="auto"/>
      </w:pPr>
      <w:r>
        <w:rPr>
          <w:b/>
          <w:color w:val="305630"/>
          <w:sz w:val="20"/>
        </w:rPr>
        <w:t>D. ACCERTAMENTI, EVENTI E ABITUDINI</w:t>
      </w:r>
    </w:p>
    <w:tbl>
      <w:tblPr>
        <w:tblW w:w="0" w:type="auto"/>
        <w:jc w:val="center"/>
        <w:tblBorders>
          <w:top w:val="single" w:sz="5" w:space="0" w:color="A8BDA0"/>
          <w:left w:val="single" w:sz="5" w:space="0" w:color="A8BDA0"/>
          <w:bottom w:val="single" w:sz="5" w:space="0" w:color="A8BDA0"/>
          <w:right w:val="single" w:sz="5" w:space="0" w:color="A8BDA0"/>
          <w:insideH w:val="single" w:sz="5" w:space="0" w:color="A8BDA0"/>
          <w:insideV w:val="single" w:sz="5" w:space="0" w:color="A8BDA0"/>
        </w:tblBorders>
        <w:tblLayout w:type="fixed"/>
        <w:tblLook w:val="04A0" w:firstRow="1" w:lastRow="0" w:firstColumn="1" w:lastColumn="0" w:noHBand="0" w:noVBand="1"/>
      </w:tblPr>
      <w:tblGrid>
        <w:gridCol w:w="3345"/>
        <w:gridCol w:w="369"/>
        <w:gridCol w:w="369"/>
      </w:tblGrid>
      <w:tr w:rsidR="00217581" w14:paraId="22896327" w14:textId="77777777">
        <w:trPr>
          <w:jc w:val="center"/>
        </w:trPr>
        <w:tc>
          <w:tcPr>
            <w:tcW w:w="3345" w:type="dxa"/>
            <w:shd w:val="clear" w:color="auto" w:fill="F7F9F5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C41AFC2" w14:textId="77777777" w:rsidR="00217581" w:rsidRDefault="003A77E4">
            <w:pPr>
              <w:spacing w:after="0" w:line="240" w:lineRule="auto"/>
            </w:pPr>
            <w:r>
              <w:rPr>
                <w:sz w:val="15"/>
              </w:rPr>
              <w:t>Ha mai effettuato esami o procedure cardiologiche?</w:t>
            </w:r>
          </w:p>
        </w:tc>
        <w:tc>
          <w:tcPr>
            <w:tcW w:w="369" w:type="dxa"/>
            <w:shd w:val="clear" w:color="auto" w:fill="F7F9F5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F006D09" w14:textId="77777777" w:rsidR="00217581" w:rsidRDefault="003A77E4">
            <w:pPr>
              <w:spacing w:after="0" w:line="240" w:lineRule="auto"/>
              <w:jc w:val="center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Sì</w:t>
            </w:r>
          </w:p>
        </w:tc>
        <w:tc>
          <w:tcPr>
            <w:tcW w:w="369" w:type="dxa"/>
            <w:shd w:val="clear" w:color="auto" w:fill="F7F9F5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E63B7A8" w14:textId="77777777" w:rsidR="00217581" w:rsidRDefault="003A77E4">
            <w:pPr>
              <w:spacing w:after="0" w:line="240" w:lineRule="auto"/>
              <w:jc w:val="center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No</w:t>
            </w:r>
          </w:p>
        </w:tc>
      </w:tr>
    </w:tbl>
    <w:p w14:paraId="0BAD8EB6" w14:textId="77777777" w:rsidR="00217581" w:rsidRDefault="00217581">
      <w:pPr>
        <w:spacing w:after="40" w:line="240" w:lineRule="auto"/>
      </w:pPr>
    </w:p>
    <w:p w14:paraId="1C4890CB" w14:textId="77777777" w:rsidR="00217581" w:rsidRDefault="003A77E4">
      <w:pPr>
        <w:spacing w:after="40" w:line="240" w:lineRule="auto"/>
      </w:pPr>
      <w:r>
        <w:rPr>
          <w:b/>
        </w:rPr>
        <w:t xml:space="preserve">Se sì, indicare quali e il motivo  </w:t>
      </w:r>
      <w:r>
        <w:t>______________________________________________________________________</w:t>
      </w:r>
    </w:p>
    <w:p w14:paraId="26E789D3" w14:textId="77777777" w:rsidR="00217581" w:rsidRDefault="003A77E4">
      <w:pPr>
        <w:spacing w:after="40" w:line="240" w:lineRule="auto"/>
      </w:pPr>
      <w:r>
        <w:t>____________________________________________________________________________________________________</w:t>
      </w:r>
    </w:p>
    <w:p w14:paraId="1B9F2179" w14:textId="77777777" w:rsidR="00217581" w:rsidRDefault="003A77E4">
      <w:pPr>
        <w:spacing w:after="40" w:line="240" w:lineRule="auto"/>
      </w:pPr>
      <w:r>
        <w:t>____________________________________________________________________________________________________</w:t>
      </w:r>
    </w:p>
    <w:tbl>
      <w:tblPr>
        <w:tblW w:w="0" w:type="auto"/>
        <w:jc w:val="center"/>
        <w:tblBorders>
          <w:top w:val="single" w:sz="5" w:space="0" w:color="A8BDA0"/>
          <w:left w:val="single" w:sz="5" w:space="0" w:color="A8BDA0"/>
          <w:bottom w:val="single" w:sz="5" w:space="0" w:color="A8BDA0"/>
          <w:right w:val="single" w:sz="5" w:space="0" w:color="A8BDA0"/>
          <w:insideH w:val="single" w:sz="5" w:space="0" w:color="A8BDA0"/>
          <w:insideV w:val="single" w:sz="5" w:space="0" w:color="A8BDA0"/>
        </w:tblBorders>
        <w:tblLayout w:type="fixed"/>
        <w:tblLook w:val="04A0" w:firstRow="1" w:lastRow="0" w:firstColumn="1" w:lastColumn="0" w:noHBand="0" w:noVBand="1"/>
      </w:tblPr>
      <w:tblGrid>
        <w:gridCol w:w="3345"/>
        <w:gridCol w:w="369"/>
        <w:gridCol w:w="369"/>
      </w:tblGrid>
      <w:tr w:rsidR="00217581" w14:paraId="4ED8908F" w14:textId="77777777">
        <w:trPr>
          <w:jc w:val="center"/>
        </w:trPr>
        <w:tc>
          <w:tcPr>
            <w:tcW w:w="3345" w:type="dxa"/>
            <w:shd w:val="clear" w:color="auto" w:fill="F7F9F5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2D3CCD0" w14:textId="77777777" w:rsidR="00217581" w:rsidRDefault="003A77E4">
            <w:pPr>
              <w:spacing w:after="0" w:line="240" w:lineRule="auto"/>
            </w:pPr>
            <w:r>
              <w:rPr>
                <w:sz w:val="15"/>
              </w:rPr>
              <w:t>Ha mai subito traumi o infortuni?</w:t>
            </w:r>
          </w:p>
        </w:tc>
        <w:tc>
          <w:tcPr>
            <w:tcW w:w="369" w:type="dxa"/>
            <w:shd w:val="clear" w:color="auto" w:fill="F7F9F5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26527B2" w14:textId="77777777" w:rsidR="00217581" w:rsidRDefault="003A77E4">
            <w:pPr>
              <w:spacing w:after="0" w:line="240" w:lineRule="auto"/>
              <w:jc w:val="center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Sì</w:t>
            </w:r>
          </w:p>
        </w:tc>
        <w:tc>
          <w:tcPr>
            <w:tcW w:w="369" w:type="dxa"/>
            <w:shd w:val="clear" w:color="auto" w:fill="F7F9F5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DB0B33B" w14:textId="77777777" w:rsidR="00217581" w:rsidRDefault="003A77E4">
            <w:pPr>
              <w:spacing w:after="0" w:line="240" w:lineRule="auto"/>
              <w:jc w:val="center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No</w:t>
            </w:r>
          </w:p>
        </w:tc>
      </w:tr>
      <w:tr w:rsidR="00217581" w14:paraId="34290848" w14:textId="77777777">
        <w:trPr>
          <w:jc w:val="center"/>
        </w:trPr>
        <w:tc>
          <w:tcPr>
            <w:tcW w:w="334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52EABA4" w14:textId="77777777" w:rsidR="00217581" w:rsidRDefault="003A77E4">
            <w:pPr>
              <w:spacing w:after="0" w:line="240" w:lineRule="auto"/>
            </w:pPr>
            <w:r>
              <w:rPr>
                <w:sz w:val="15"/>
              </w:rPr>
              <w:t>È stato sottoposto a interventi chirurgici?</w:t>
            </w:r>
          </w:p>
        </w:tc>
        <w:tc>
          <w:tcPr>
            <w:tcW w:w="369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A7BAFC8" w14:textId="77777777" w:rsidR="00217581" w:rsidRDefault="003A77E4">
            <w:pPr>
              <w:spacing w:after="0" w:line="240" w:lineRule="auto"/>
              <w:jc w:val="center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Sì</w:t>
            </w:r>
          </w:p>
        </w:tc>
        <w:tc>
          <w:tcPr>
            <w:tcW w:w="369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6137981" w14:textId="77777777" w:rsidR="00217581" w:rsidRDefault="003A77E4">
            <w:pPr>
              <w:spacing w:after="0" w:line="240" w:lineRule="auto"/>
              <w:jc w:val="center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No</w:t>
            </w:r>
          </w:p>
        </w:tc>
      </w:tr>
      <w:tr w:rsidR="00217581" w14:paraId="79D3F798" w14:textId="77777777">
        <w:trPr>
          <w:jc w:val="center"/>
        </w:trPr>
        <w:tc>
          <w:tcPr>
            <w:tcW w:w="3345" w:type="dxa"/>
            <w:shd w:val="clear" w:color="auto" w:fill="F7F9F5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52F7166" w14:textId="77777777" w:rsidR="00217581" w:rsidRDefault="003A77E4">
            <w:pPr>
              <w:spacing w:after="0" w:line="240" w:lineRule="auto"/>
            </w:pPr>
            <w:r>
              <w:rPr>
                <w:sz w:val="15"/>
              </w:rPr>
              <w:t>È mai stato ricoverato in ospedale?</w:t>
            </w:r>
          </w:p>
        </w:tc>
        <w:tc>
          <w:tcPr>
            <w:tcW w:w="369" w:type="dxa"/>
            <w:shd w:val="clear" w:color="auto" w:fill="F7F9F5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81E1539" w14:textId="77777777" w:rsidR="00217581" w:rsidRDefault="003A77E4">
            <w:pPr>
              <w:spacing w:after="0" w:line="240" w:lineRule="auto"/>
              <w:jc w:val="center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Sì</w:t>
            </w:r>
          </w:p>
        </w:tc>
        <w:tc>
          <w:tcPr>
            <w:tcW w:w="369" w:type="dxa"/>
            <w:shd w:val="clear" w:color="auto" w:fill="F7F9F5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520E3E8" w14:textId="77777777" w:rsidR="00217581" w:rsidRDefault="003A77E4">
            <w:pPr>
              <w:spacing w:after="0" w:line="240" w:lineRule="auto"/>
              <w:jc w:val="center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No</w:t>
            </w:r>
          </w:p>
        </w:tc>
      </w:tr>
      <w:tr w:rsidR="00217581" w14:paraId="52CD8E9F" w14:textId="77777777">
        <w:trPr>
          <w:jc w:val="center"/>
        </w:trPr>
        <w:tc>
          <w:tcPr>
            <w:tcW w:w="334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3CE8AE3" w14:textId="77777777" w:rsidR="00217581" w:rsidRDefault="003A77E4">
            <w:pPr>
              <w:spacing w:after="0" w:line="240" w:lineRule="auto"/>
            </w:pPr>
            <w:r>
              <w:rPr>
                <w:sz w:val="15"/>
              </w:rPr>
              <w:t>Fuma attualmente?</w:t>
            </w:r>
          </w:p>
        </w:tc>
        <w:tc>
          <w:tcPr>
            <w:tcW w:w="369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5B30C4B" w14:textId="77777777" w:rsidR="00217581" w:rsidRDefault="003A77E4">
            <w:pPr>
              <w:spacing w:after="0" w:line="240" w:lineRule="auto"/>
              <w:jc w:val="center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Sì</w:t>
            </w:r>
          </w:p>
        </w:tc>
        <w:tc>
          <w:tcPr>
            <w:tcW w:w="369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0EB6D51" w14:textId="77777777" w:rsidR="00217581" w:rsidRDefault="003A77E4">
            <w:pPr>
              <w:spacing w:after="0" w:line="240" w:lineRule="auto"/>
              <w:jc w:val="center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No</w:t>
            </w:r>
          </w:p>
        </w:tc>
      </w:tr>
      <w:tr w:rsidR="00217581" w14:paraId="180B8894" w14:textId="77777777">
        <w:trPr>
          <w:jc w:val="center"/>
        </w:trPr>
        <w:tc>
          <w:tcPr>
            <w:tcW w:w="3345" w:type="dxa"/>
            <w:shd w:val="clear" w:color="auto" w:fill="F7F9F5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2E54D91" w14:textId="77777777" w:rsidR="00217581" w:rsidRDefault="003A77E4">
            <w:pPr>
              <w:spacing w:after="0" w:line="240" w:lineRule="auto"/>
            </w:pPr>
            <w:r>
              <w:rPr>
                <w:sz w:val="15"/>
              </w:rPr>
              <w:t>Assume farmaci con regolarità?</w:t>
            </w:r>
          </w:p>
        </w:tc>
        <w:tc>
          <w:tcPr>
            <w:tcW w:w="369" w:type="dxa"/>
            <w:shd w:val="clear" w:color="auto" w:fill="F7F9F5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1DD8B6B" w14:textId="77777777" w:rsidR="00217581" w:rsidRDefault="003A77E4">
            <w:pPr>
              <w:spacing w:after="0" w:line="240" w:lineRule="auto"/>
              <w:jc w:val="center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Sì</w:t>
            </w:r>
          </w:p>
        </w:tc>
        <w:tc>
          <w:tcPr>
            <w:tcW w:w="369" w:type="dxa"/>
            <w:shd w:val="clear" w:color="auto" w:fill="F7F9F5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B3A563F" w14:textId="77777777" w:rsidR="00217581" w:rsidRDefault="003A77E4">
            <w:pPr>
              <w:spacing w:after="0" w:line="240" w:lineRule="auto"/>
              <w:jc w:val="center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No</w:t>
            </w:r>
          </w:p>
        </w:tc>
      </w:tr>
      <w:tr w:rsidR="00217581" w14:paraId="3CC015D0" w14:textId="77777777">
        <w:trPr>
          <w:jc w:val="center"/>
        </w:trPr>
        <w:tc>
          <w:tcPr>
            <w:tcW w:w="334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D835981" w14:textId="77777777" w:rsidR="00217581" w:rsidRDefault="003A77E4">
            <w:pPr>
              <w:spacing w:after="0" w:line="240" w:lineRule="auto"/>
            </w:pPr>
            <w:r>
              <w:rPr>
                <w:sz w:val="15"/>
              </w:rPr>
              <w:t>In passato è stato sospeso dall’attività sportiva agonistica o inviato ad ulteriori controlli cardiologici?</w:t>
            </w:r>
          </w:p>
        </w:tc>
        <w:tc>
          <w:tcPr>
            <w:tcW w:w="369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30D6523" w14:textId="77777777" w:rsidR="00217581" w:rsidRDefault="003A77E4">
            <w:pPr>
              <w:spacing w:after="0" w:line="240" w:lineRule="auto"/>
              <w:jc w:val="center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Sì</w:t>
            </w:r>
          </w:p>
        </w:tc>
        <w:tc>
          <w:tcPr>
            <w:tcW w:w="369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3ED96D4" w14:textId="77777777" w:rsidR="00217581" w:rsidRDefault="003A77E4">
            <w:pPr>
              <w:spacing w:after="0" w:line="240" w:lineRule="auto"/>
              <w:jc w:val="center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No</w:t>
            </w:r>
          </w:p>
        </w:tc>
      </w:tr>
      <w:tr w:rsidR="00217581" w14:paraId="1B1D140F" w14:textId="77777777">
        <w:trPr>
          <w:jc w:val="center"/>
        </w:trPr>
        <w:tc>
          <w:tcPr>
            <w:tcW w:w="3345" w:type="dxa"/>
            <w:shd w:val="clear" w:color="auto" w:fill="F7F9F5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011B264" w14:textId="77777777" w:rsidR="00217581" w:rsidRDefault="003A77E4">
            <w:pPr>
              <w:spacing w:after="0" w:line="240" w:lineRule="auto"/>
            </w:pPr>
            <w:r>
              <w:rPr>
                <w:sz w:val="15"/>
              </w:rPr>
              <w:t>È mai stato dichiarato non idoneo a una visita medico-sportiva?</w:t>
            </w:r>
          </w:p>
        </w:tc>
        <w:tc>
          <w:tcPr>
            <w:tcW w:w="369" w:type="dxa"/>
            <w:shd w:val="clear" w:color="auto" w:fill="F7F9F5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1F57A66" w14:textId="77777777" w:rsidR="00217581" w:rsidRDefault="003A77E4">
            <w:pPr>
              <w:spacing w:after="0" w:line="240" w:lineRule="auto"/>
              <w:jc w:val="center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Sì</w:t>
            </w:r>
          </w:p>
        </w:tc>
        <w:tc>
          <w:tcPr>
            <w:tcW w:w="369" w:type="dxa"/>
            <w:shd w:val="clear" w:color="auto" w:fill="F7F9F5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1656D41" w14:textId="77777777" w:rsidR="00217581" w:rsidRDefault="003A77E4">
            <w:pPr>
              <w:spacing w:after="0" w:line="240" w:lineRule="auto"/>
              <w:jc w:val="center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No</w:t>
            </w:r>
          </w:p>
        </w:tc>
      </w:tr>
    </w:tbl>
    <w:p w14:paraId="459734D4" w14:textId="77777777" w:rsidR="00217581" w:rsidRDefault="00217581">
      <w:pPr>
        <w:spacing w:after="40" w:line="240" w:lineRule="auto"/>
      </w:pPr>
    </w:p>
    <w:p w14:paraId="54D27764" w14:textId="77777777" w:rsidR="00217581" w:rsidRDefault="003A77E4">
      <w:pPr>
        <w:spacing w:after="40" w:line="240" w:lineRule="auto"/>
      </w:pPr>
      <w:r>
        <w:rPr>
          <w:b/>
        </w:rPr>
        <w:t xml:space="preserve">Se assume farmaci, indicare nome e dosaggio  </w:t>
      </w:r>
      <w:r>
        <w:t>____________________________________________________________</w:t>
      </w:r>
    </w:p>
    <w:p w14:paraId="293B1105" w14:textId="77777777" w:rsidR="00217581" w:rsidRDefault="003A77E4">
      <w:pPr>
        <w:pBdr>
          <w:bottom w:val="single" w:sz="8" w:space="2" w:color="A8BDA0"/>
        </w:pBdr>
        <w:spacing w:before="80" w:after="40" w:line="240" w:lineRule="auto"/>
      </w:pPr>
      <w:r>
        <w:rPr>
          <w:b/>
          <w:color w:val="305630"/>
          <w:sz w:val="20"/>
        </w:rPr>
        <w:t>E. DICHIARAZIONI E CONSENSI</w:t>
      </w:r>
    </w:p>
    <w:p w14:paraId="5A08B08D" w14:textId="77777777" w:rsidR="00217581" w:rsidRDefault="003A77E4">
      <w:pPr>
        <w:spacing w:after="40" w:line="240" w:lineRule="auto"/>
      </w:pPr>
      <w:r>
        <w:rPr>
          <w:b/>
        </w:rPr>
        <w:t xml:space="preserve">Il/La sottoscritto/a </w:t>
      </w:r>
      <w:r>
        <w:t>____________________________________________________________</w:t>
      </w:r>
    </w:p>
    <w:p w14:paraId="1A69F2DB" w14:textId="77777777" w:rsidR="00217581" w:rsidRDefault="003A77E4">
      <w:pPr>
        <w:spacing w:after="40" w:line="240" w:lineRule="auto"/>
      </w:pPr>
      <w:r>
        <w:t>in qualità di atleta, oppure di genitore/tutore dell’atleta minorenne ______________________________________________, dichiara sotto la propria responsabilità che le informazioni riportate nel questionario sono complete e veritiere.</w:t>
      </w:r>
    </w:p>
    <w:p w14:paraId="6D968908" w14:textId="77777777" w:rsidR="00217581" w:rsidRDefault="003A77E4">
      <w:pPr>
        <w:spacing w:after="40" w:line="240" w:lineRule="auto"/>
      </w:pPr>
      <w:r>
        <w:t>Dichiara inoltre che, negli ultimi 12 mesi, l’atleta non è stato sottoposto presso altre strutture ad accertamenti finalizzati al rilascio del certificato di idoneità sportiva agonistica.</w:t>
      </w:r>
    </w:p>
    <w:p w14:paraId="4313F111" w14:textId="77777777" w:rsidR="00217581" w:rsidRDefault="003A77E4">
      <w:pPr>
        <w:spacing w:after="40" w:line="240" w:lineRule="auto"/>
      </w:pPr>
      <w:r>
        <w:t>Ai sensi del Regolamento UE 2016/679 (art. 9, par. 2, lett. h) e del D.Lgs. 196/2003, come modificato dal D.Lgs. 101/2018, presta il consenso al trattamento dei dati personali relativi alla salute e all’eventuale consultazione della documentazione clinica precedente, esclusivamente per finalità connesse alla valutazione di idoneità sportiva agonistica.</w:t>
      </w:r>
    </w:p>
    <w:p w14:paraId="6F13E813" w14:textId="77777777" w:rsidR="00217581" w:rsidRDefault="003A77E4">
      <w:pPr>
        <w:spacing w:after="40" w:line="240" w:lineRule="auto"/>
      </w:pPr>
      <w:r>
        <w:t>Presta altresì il consenso all’esecuzione degli accertamenti previsti nell’ambito della visita di idoneità sportiva agonistica: visita medica, ECG a riposo e sotto sforzo, esame urine e spirometria. Eventuali ulteriori approfondimenti saranno comunicati dal medico.</w:t>
      </w:r>
    </w:p>
    <w:p w14:paraId="69BB0501" w14:textId="77777777" w:rsidR="00217581" w:rsidRDefault="003A77E4">
      <w:pPr>
        <w:spacing w:after="40" w:line="240" w:lineRule="auto"/>
      </w:pPr>
      <w:r>
        <w:rPr>
          <w:b/>
        </w:rPr>
        <w:t xml:space="preserve">Luogo e data: </w:t>
      </w:r>
      <w:r>
        <w:t>______________________________</w:t>
      </w:r>
    </w:p>
    <w:p w14:paraId="46BBEAFA" w14:textId="77777777" w:rsidR="00217581" w:rsidRDefault="003A77E4">
      <w:pPr>
        <w:spacing w:after="40" w:line="240" w:lineRule="auto"/>
      </w:pPr>
      <w:r>
        <w:rPr>
          <w:b/>
        </w:rPr>
        <w:t>Firma leggibile dell’atleta o del genitore/tutore (se minorenne):</w:t>
      </w:r>
    </w:p>
    <w:p w14:paraId="32325D13" w14:textId="77777777" w:rsidR="00217581" w:rsidRDefault="003A77E4">
      <w:pPr>
        <w:spacing w:after="40" w:line="240" w:lineRule="auto"/>
        <w:jc w:val="center"/>
      </w:pPr>
      <w:r>
        <w:t>___________________________________________________________________________</w:t>
      </w:r>
    </w:p>
    <w:sectPr w:rsidR="00217581" w:rsidSect="00034616">
      <w:headerReference w:type="default" r:id="rId8"/>
      <w:footerReference w:type="default" r:id="rId9"/>
      <w:pgSz w:w="12240" w:h="15840"/>
      <w:pgMar w:top="1417" w:right="850" w:bottom="850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DBF57" w14:textId="77777777" w:rsidR="003A77E4" w:rsidRDefault="003A77E4" w:rsidP="005C482B">
      <w:pPr>
        <w:spacing w:after="0" w:line="240" w:lineRule="auto"/>
      </w:pPr>
      <w:r>
        <w:separator/>
      </w:r>
    </w:p>
  </w:endnote>
  <w:endnote w:type="continuationSeparator" w:id="0">
    <w:p w14:paraId="75C6AF43" w14:textId="77777777" w:rsidR="003A77E4" w:rsidRDefault="003A77E4" w:rsidP="005C48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154BA" w14:textId="30CA18C0" w:rsidR="00231D07" w:rsidRPr="00231D07" w:rsidRDefault="00231D07" w:rsidP="00231D07">
    <w:pPr>
      <w:pStyle w:val="Pidipagina"/>
      <w:rPr>
        <w:lang w:val="it-IT"/>
      </w:rPr>
    </w:pPr>
  </w:p>
  <w:p w14:paraId="23FC0C7C" w14:textId="0E548F82" w:rsidR="00231D07" w:rsidRDefault="00DC6B09">
    <w:pPr>
      <w:pStyle w:val="Pidipagina"/>
    </w:pPr>
    <w:r w:rsidRPr="00231D07">
      <w:rPr>
        <w:noProof/>
        <w:lang w:val="it-IT"/>
      </w:rPr>
      <w:drawing>
        <wp:inline distT="0" distB="0" distL="0" distR="0" wp14:anchorId="5D121F14" wp14:editId="0E4232EC">
          <wp:extent cx="6692900" cy="267565"/>
          <wp:effectExtent l="0" t="0" r="0" b="0"/>
          <wp:docPr id="955992541" name="Immagine 4" descr="The text provides contact information for an establishment in Trento, Italy, including an address, phone number, email, and VAT number.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5992541" name="Immagine 4" descr="The text provides contact information for an establishment in Trento, Italy, including an address, phone number, email, and VAT number.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2900" cy="267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4CFFB" w14:textId="77777777" w:rsidR="003A77E4" w:rsidRDefault="003A77E4" w:rsidP="005C482B">
      <w:pPr>
        <w:spacing w:after="0" w:line="240" w:lineRule="auto"/>
      </w:pPr>
      <w:r>
        <w:separator/>
      </w:r>
    </w:p>
  </w:footnote>
  <w:footnote w:type="continuationSeparator" w:id="0">
    <w:p w14:paraId="7F8121AE" w14:textId="77777777" w:rsidR="003A77E4" w:rsidRDefault="003A77E4" w:rsidP="005C48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46530" w14:textId="77777777" w:rsidR="00231D07" w:rsidRPr="00231D07" w:rsidRDefault="00231D07" w:rsidP="00231D07">
    <w:pPr>
      <w:pStyle w:val="Intestazione"/>
      <w:jc w:val="center"/>
      <w:rPr>
        <w:noProof/>
        <w:lang w:val="it-IT"/>
      </w:rPr>
    </w:pPr>
    <w:r w:rsidRPr="00231D07">
      <w:rPr>
        <w:noProof/>
        <w:lang w:val="it-IT"/>
      </w:rPr>
      <w:drawing>
        <wp:inline distT="0" distB="0" distL="0" distR="0" wp14:anchorId="791C0782" wp14:editId="44B82BA1">
          <wp:extent cx="2181225" cy="485535"/>
          <wp:effectExtent l="0" t="0" r="0" b="0"/>
          <wp:docPr id="839696741" name="Immagine 2" descr="CENTRO MEDICO POLISPECIALISTIC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696741" name="Immagine 2" descr="CENTRO MEDICO POLISPECIALISTIC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0986" cy="5010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58AE363" w14:textId="77777777" w:rsidR="005C482B" w:rsidRDefault="005C482B" w:rsidP="005C482B">
    <w:pPr>
      <w:pStyle w:val="Intestazione"/>
      <w:jc w:val="center"/>
    </w:pPr>
  </w:p>
  <w:p w14:paraId="4C423E08" w14:textId="77777777" w:rsidR="00DE3832" w:rsidRPr="00DE3832" w:rsidRDefault="00DE3832" w:rsidP="00DE3832">
    <w:pPr>
      <w:pStyle w:val="Intestazione"/>
      <w:jc w:val="right"/>
      <w:rPr>
        <w:b/>
        <w:bCs/>
      </w:rPr>
    </w:pPr>
    <w:r w:rsidRPr="00DE3832">
      <w:rPr>
        <w:b/>
        <w:bCs/>
      </w:rPr>
      <w:t>MVMDS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94343091">
    <w:abstractNumId w:val="8"/>
  </w:num>
  <w:num w:numId="2" w16cid:durableId="1533957820">
    <w:abstractNumId w:val="6"/>
  </w:num>
  <w:num w:numId="3" w16cid:durableId="1242327846">
    <w:abstractNumId w:val="5"/>
  </w:num>
  <w:num w:numId="4" w16cid:durableId="1779716320">
    <w:abstractNumId w:val="4"/>
  </w:num>
  <w:num w:numId="5" w16cid:durableId="2141612739">
    <w:abstractNumId w:val="7"/>
  </w:num>
  <w:num w:numId="6" w16cid:durableId="387727015">
    <w:abstractNumId w:val="3"/>
  </w:num>
  <w:num w:numId="7" w16cid:durableId="32462813">
    <w:abstractNumId w:val="2"/>
  </w:num>
  <w:num w:numId="8" w16cid:durableId="1463690403">
    <w:abstractNumId w:val="1"/>
  </w:num>
  <w:num w:numId="9" w16cid:durableId="1355570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2BEE"/>
    <w:rsid w:val="000B6D55"/>
    <w:rsid w:val="0015074B"/>
    <w:rsid w:val="00217581"/>
    <w:rsid w:val="00231D07"/>
    <w:rsid w:val="002545AF"/>
    <w:rsid w:val="00266481"/>
    <w:rsid w:val="0029639D"/>
    <w:rsid w:val="00326F90"/>
    <w:rsid w:val="003A52CB"/>
    <w:rsid w:val="003A77E4"/>
    <w:rsid w:val="00400286"/>
    <w:rsid w:val="005B04E8"/>
    <w:rsid w:val="005C482B"/>
    <w:rsid w:val="007140D5"/>
    <w:rsid w:val="007362CE"/>
    <w:rsid w:val="00736DD2"/>
    <w:rsid w:val="00776EF5"/>
    <w:rsid w:val="008B6BD0"/>
    <w:rsid w:val="00921027"/>
    <w:rsid w:val="0093658E"/>
    <w:rsid w:val="00A50DB7"/>
    <w:rsid w:val="00AA1D8D"/>
    <w:rsid w:val="00AA3AA7"/>
    <w:rsid w:val="00AF0C81"/>
    <w:rsid w:val="00B47730"/>
    <w:rsid w:val="00B649AE"/>
    <w:rsid w:val="00BB6BD4"/>
    <w:rsid w:val="00C25344"/>
    <w:rsid w:val="00CB0664"/>
    <w:rsid w:val="00DC6B09"/>
    <w:rsid w:val="00DE3832"/>
    <w:rsid w:val="00DF6141"/>
    <w:rsid w:val="00DF6326"/>
    <w:rsid w:val="00F80AB6"/>
    <w:rsid w:val="00F9643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0F932A4"/>
  <w14:defaultImageDpi w14:val="300"/>
  <w15:docId w15:val="{F7673A7F-4052-4132-B2B3-95D7A6BC8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60" w:line="252" w:lineRule="auto"/>
    </w:pPr>
    <w:rPr>
      <w:rFonts w:ascii="Arial" w:hAnsi="Arial"/>
      <w:sz w:val="18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568</Words>
  <Characters>3242</Characters>
  <Application>Microsoft Office Word</Application>
  <DocSecurity>0</DocSecurity>
  <Lines>27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Questionario anamnestico per l’idoneità medico-sportiva</vt:lpstr>
      <vt:lpstr/>
    </vt:vector>
  </TitlesOfParts>
  <Manager/>
  <Company/>
  <LinksUpToDate>false</LinksUpToDate>
  <CharactersWithSpaces>3803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Questionario anamnestico per l’idoneità medico-sportiva</dc:title>
  <dc:subject>Modulo rielaborato mantenendo l'identità grafica originale</dc:subject>
  <dc:creator>python-docx</dc:creator>
  <cp:keywords/>
  <dc:description>Riformulazione e riorganizzazione del modulo fornito dall'utente.</dc:description>
  <cp:lastModifiedBy>Ufficio Segreteria</cp:lastModifiedBy>
  <cp:revision>2</cp:revision>
  <cp:lastPrinted>2026-10-28T12:00:00Z</cp:lastPrinted>
  <dcterms:created xsi:type="dcterms:W3CDTF">2026-10-28T12:22:00Z</dcterms:created>
  <dcterms:modified xsi:type="dcterms:W3CDTF">2026-10-28T12:22:00Z</dcterms:modified>
  <cp:category/>
</cp:coreProperties>
</file>