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5FC6" w14:textId="41ED9E3F" w:rsidR="00CC2457" w:rsidRDefault="00CC2457" w:rsidP="007A0944">
      <w:pPr>
        <w:keepLines/>
        <w:spacing w:after="24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66"/>
      </w:tblGrid>
      <w:tr w:rsidR="00CC2457" w14:paraId="1B46AA38" w14:textId="77777777">
        <w:trPr>
          <w:jc w:val="center"/>
        </w:trPr>
        <w:tc>
          <w:tcPr>
            <w:tcW w:w="10200" w:type="dxa"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shd w:val="clear" w:color="auto" w:fill="F5F8EE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13E3A13" w14:textId="77777777" w:rsidR="00CC2457" w:rsidRDefault="002B2C1B">
            <w:pPr>
              <w:spacing w:after="160"/>
              <w:jc w:val="center"/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30"/>
              </w:rPr>
              <w:t>TEST DA SFORZO AL CICLOERGOMETRO</w:t>
            </w:r>
            <w:r w:rsidRPr="005014B1">
              <w:rPr>
                <w:rFonts w:ascii="Verdana" w:eastAsia="Aptos" w:hAnsi="Verdana" w:cstheme="majorHAnsi"/>
                <w:b/>
                <w:color w:val="auto"/>
                <w:sz w:val="30"/>
              </w:rPr>
              <w:br/>
              <w:t>INFORMAZIONI PER IL PAZIENTE</w:t>
            </w:r>
          </w:p>
        </w:tc>
      </w:tr>
    </w:tbl>
    <w:p w14:paraId="0BE9A825" w14:textId="77777777" w:rsidR="005014B1" w:rsidRDefault="005014B1">
      <w:pPr>
        <w:keepNext/>
        <w:keepLines/>
        <w:spacing w:after="240" w:line="269" w:lineRule="auto"/>
        <w:rPr>
          <w:rFonts w:ascii="Verdana" w:eastAsia="Aptos" w:hAnsi="Verdana" w:cstheme="majorHAnsi"/>
        </w:rPr>
      </w:pPr>
    </w:p>
    <w:p w14:paraId="00FCEC7B" w14:textId="765878D9" w:rsidR="00CC2457" w:rsidRPr="005014B1" w:rsidRDefault="002B2C1B">
      <w:pPr>
        <w:keepNext/>
        <w:keepLines/>
        <w:spacing w:after="240" w:line="269" w:lineRule="auto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</w:rPr>
        <w:t xml:space="preserve">Gentile </w:t>
      </w:r>
      <w:r w:rsidR="005014B1" w:rsidRPr="005014B1">
        <w:rPr>
          <w:rFonts w:ascii="Verdana" w:eastAsia="Aptos" w:hAnsi="Verdana" w:cstheme="majorHAnsi"/>
          <w:color w:val="auto"/>
        </w:rPr>
        <w:t>Sig./</w:t>
      </w:r>
      <w:proofErr w:type="spellStart"/>
      <w:r w:rsidR="005014B1" w:rsidRPr="005014B1">
        <w:rPr>
          <w:rFonts w:ascii="Verdana" w:eastAsia="Aptos" w:hAnsi="Verdana" w:cstheme="majorHAnsi"/>
          <w:color w:val="auto"/>
        </w:rPr>
        <w:t>Sig.ra</w:t>
      </w:r>
      <w:proofErr w:type="spellEnd"/>
      <w:r w:rsidR="005014B1" w:rsidRPr="005014B1">
        <w:rPr>
          <w:rFonts w:ascii="Verdana" w:eastAsia="Aptos" w:hAnsi="Verdana" w:cstheme="majorHAnsi"/>
          <w:color w:val="auto"/>
        </w:rPr>
        <w:t xml:space="preserve"> </w:t>
      </w:r>
      <w:proofErr w:type="spellStart"/>
      <w:r w:rsidR="005014B1" w:rsidRPr="005014B1">
        <w:rPr>
          <w:rFonts w:ascii="Verdana" w:eastAsia="Aptos" w:hAnsi="Verdana" w:cstheme="majorHAnsi"/>
          <w:color w:val="auto"/>
        </w:rPr>
        <w:t>Cognome</w:t>
      </w:r>
      <w:proofErr w:type="spellEnd"/>
      <w:r w:rsidRPr="005014B1">
        <w:rPr>
          <w:rFonts w:ascii="Verdana" w:eastAsia="Aptos" w:hAnsi="Verdana" w:cstheme="majorHAnsi"/>
          <w:color w:val="auto"/>
        </w:rPr>
        <w:t xml:space="preserve"> _______________________</w:t>
      </w:r>
      <w:r w:rsidR="005014B1" w:rsidRPr="005014B1">
        <w:rPr>
          <w:rFonts w:ascii="Verdana" w:eastAsia="Aptos" w:hAnsi="Verdana" w:cstheme="majorHAnsi"/>
          <w:color w:val="auto"/>
        </w:rPr>
        <w:t>_ Nome</w:t>
      </w:r>
      <w:r w:rsidRPr="005014B1">
        <w:rPr>
          <w:rFonts w:ascii="Verdana" w:eastAsia="Aptos" w:hAnsi="Verdana" w:cstheme="majorHAnsi"/>
          <w:color w:val="auto"/>
        </w:rPr>
        <w:t xml:space="preserve"> ________________________,</w:t>
      </w:r>
    </w:p>
    <w:p w14:paraId="0208DEC3" w14:textId="77777777" w:rsidR="00CC2457" w:rsidRPr="005014B1" w:rsidRDefault="002B2C1B" w:rsidP="0043750B">
      <w:pPr>
        <w:keepLines/>
        <w:spacing w:after="240" w:line="269" w:lineRule="auto"/>
        <w:jc w:val="both"/>
        <w:rPr>
          <w:rFonts w:ascii="Verdana" w:hAnsi="Verdana" w:cstheme="majorHAnsi"/>
          <w:color w:val="auto"/>
        </w:rPr>
      </w:pPr>
      <w:r w:rsidRPr="005014B1">
        <w:rPr>
          <w:rFonts w:ascii="Verdana" w:hAnsi="Verdana" w:cstheme="majorHAnsi"/>
          <w:color w:val="auto"/>
        </w:rPr>
        <w:t>è stato ritenuto opportuno sottoporLa a un test da sforzo, durante il quale il Suo apparato cardiovascolare sarà sottoposto a un carico fisico controllato. L’esame ha lo scopo di approfondire le possibili cause dei disturbi da Lei riferiti, valutare la funzionalità del cuore e dell’apparato circolatorio, misurare la Sua capacità di tollerare lo sforzo e stabilire se siano necessarie ulteriori indagini o terapie cardiologiche.</w:t>
      </w:r>
    </w:p>
    <w:p w14:paraId="29569B89" w14:textId="77777777" w:rsidR="00CC2457" w:rsidRPr="005014B1" w:rsidRDefault="002B2C1B" w:rsidP="0043750B">
      <w:pPr>
        <w:keepLines/>
        <w:spacing w:after="240" w:line="269" w:lineRule="auto"/>
        <w:jc w:val="both"/>
        <w:rPr>
          <w:rFonts w:ascii="Verdana" w:hAnsi="Verdana" w:cstheme="majorHAnsi"/>
          <w:color w:val="auto"/>
        </w:rPr>
      </w:pPr>
      <w:r w:rsidRPr="005014B1">
        <w:rPr>
          <w:rFonts w:ascii="Verdana" w:hAnsi="Verdana" w:cstheme="majorHAnsi"/>
          <w:color w:val="auto"/>
        </w:rPr>
        <w:t>Il test verrà eseguito utilizzando un cicloergometro. Durante la prova saranno monitorati continuamente l’elettrocardiogramma e la pressione arteriosa e saranno valutati gli eventuali sintomi che dovessero comparire. L’esame sarà condotto da personale qualificato, in un ambulatorio dotato di apparecchiature per il monitoraggio e il soccorso, al fine di ridurre al minimo i rischi associati a questo tipo di prova cardiovascolare.</w:t>
      </w:r>
    </w:p>
    <w:p w14:paraId="7A999AB0" w14:textId="77777777" w:rsidR="00CC2457" w:rsidRPr="0043750B" w:rsidRDefault="002B2C1B" w:rsidP="00A267DC">
      <w:pPr>
        <w:keepNext/>
        <w:keepLines/>
        <w:spacing w:before="240" w:after="200" w:line="269" w:lineRule="auto"/>
        <w:rPr>
          <w:rFonts w:ascii="Verdana" w:hAnsi="Verdana" w:cstheme="majorHAnsi"/>
          <w:color w:val="auto"/>
        </w:rPr>
      </w:pPr>
      <w:proofErr w:type="spellStart"/>
      <w:r w:rsidRPr="0043750B">
        <w:rPr>
          <w:rFonts w:ascii="Verdana" w:eastAsia="Aptos" w:hAnsi="Verdana" w:cstheme="majorHAnsi"/>
          <w:b/>
          <w:color w:val="auto"/>
          <w:sz w:val="22"/>
        </w:rPr>
        <w:t>Indicazioni</w:t>
      </w:r>
      <w:proofErr w:type="spellEnd"/>
      <w:r w:rsidRPr="0043750B">
        <w:rPr>
          <w:rFonts w:ascii="Verdana" w:eastAsia="Aptos" w:hAnsi="Verdana" w:cstheme="majorHAnsi"/>
          <w:b/>
          <w:color w:val="auto"/>
          <w:sz w:val="22"/>
        </w:rPr>
        <w:t xml:space="preserve"> per la </w:t>
      </w:r>
      <w:proofErr w:type="spellStart"/>
      <w:r w:rsidRPr="0043750B">
        <w:rPr>
          <w:rFonts w:ascii="Verdana" w:eastAsia="Aptos" w:hAnsi="Verdana" w:cstheme="majorHAnsi"/>
          <w:b/>
          <w:color w:val="auto"/>
          <w:sz w:val="22"/>
        </w:rPr>
        <w:t>preparazione</w:t>
      </w:r>
      <w:proofErr w:type="spellEnd"/>
      <w:r w:rsidRPr="0043750B">
        <w:rPr>
          <w:rFonts w:ascii="Verdana" w:eastAsia="Aptos" w:hAnsi="Verdana" w:cstheme="majorHAnsi"/>
          <w:b/>
          <w:color w:val="auto"/>
          <w:sz w:val="22"/>
        </w:rPr>
        <w:t xml:space="preserve"> </w:t>
      </w:r>
      <w:proofErr w:type="spellStart"/>
      <w:r w:rsidRPr="0043750B">
        <w:rPr>
          <w:rFonts w:ascii="Verdana" w:eastAsia="Aptos" w:hAnsi="Verdana" w:cstheme="majorHAnsi"/>
          <w:b/>
          <w:color w:val="auto"/>
          <w:sz w:val="22"/>
        </w:rPr>
        <w:t>all’esame</w:t>
      </w:r>
      <w:proofErr w:type="spellEnd"/>
      <w:r w:rsidRPr="0043750B">
        <w:rPr>
          <w:rFonts w:ascii="Verdana" w:eastAsia="Aptos" w:hAnsi="Verdana" w:cstheme="majorHAnsi"/>
          <w:b/>
          <w:color w:val="auto"/>
          <w:sz w:val="22"/>
        </w:rPr>
        <w:t>:</w:t>
      </w:r>
    </w:p>
    <w:p w14:paraId="71D0412A" w14:textId="77777777" w:rsidR="00CC2457" w:rsidRPr="005014B1" w:rsidRDefault="002B2C1B">
      <w:pPr>
        <w:keepLines/>
        <w:spacing w:after="200" w:line="269" w:lineRule="auto"/>
        <w:ind w:left="142" w:hanging="142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9"/>
        </w:rPr>
        <w:t>1. È consigliabile non mangiare nelle 2 ore immediatamente precedenti l’esame. Prima di tale intervallo, è possibile consumare una colazione o un pasto leggero.</w:t>
      </w:r>
    </w:p>
    <w:p w14:paraId="5D60EE27" w14:textId="77777777" w:rsidR="00CC2457" w:rsidRPr="005014B1" w:rsidRDefault="002B2C1B">
      <w:pPr>
        <w:keepLines/>
        <w:spacing w:after="200" w:line="269" w:lineRule="auto"/>
        <w:ind w:left="142" w:hanging="142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9"/>
        </w:rPr>
        <w:t>2. Il digiuno non riguarda i farmaci che assume abitualmente: continui ad assumerli, salvo diversa indicazione del Cardiologo.</w:t>
      </w:r>
    </w:p>
    <w:p w14:paraId="6A9D3EC8" w14:textId="77777777" w:rsidR="00CC2457" w:rsidRPr="005014B1" w:rsidRDefault="002B2C1B">
      <w:pPr>
        <w:keepLines/>
        <w:spacing w:after="200" w:line="269" w:lineRule="auto"/>
        <w:ind w:left="142" w:hanging="142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9"/>
        </w:rPr>
        <w:t>3. Indossi abiti leggeri e comodi, adatti a svolgere attività fisica.</w:t>
      </w:r>
    </w:p>
    <w:p w14:paraId="2D7E7F16" w14:textId="77777777" w:rsidR="00CC2457" w:rsidRPr="005014B1" w:rsidRDefault="002B2C1B">
      <w:pPr>
        <w:keepLines/>
        <w:spacing w:after="200" w:line="269" w:lineRule="auto"/>
        <w:ind w:left="142" w:hanging="142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9"/>
        </w:rPr>
        <w:t>4. Durante la prova Le sarà richiesto di impegnarsi fisicamente al massimo delle Sue possibilità. Lo sforzo interesserà soprattutto gli arti inferiori.</w:t>
      </w:r>
    </w:p>
    <w:p w14:paraId="68DE2F34" w14:textId="77777777" w:rsidR="00CC2457" w:rsidRPr="005014B1" w:rsidRDefault="002B2C1B">
      <w:pPr>
        <w:keepLines/>
        <w:spacing w:after="200" w:line="269" w:lineRule="auto"/>
        <w:ind w:left="142" w:hanging="142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9"/>
        </w:rPr>
        <w:t>5. Comunichi tempestivamente al personale qualsiasi sintomo, non appena dovesse avvertirlo.</w:t>
      </w:r>
    </w:p>
    <w:p w14:paraId="2EC5D148" w14:textId="77777777" w:rsidR="00CC2457" w:rsidRPr="0043750B" w:rsidRDefault="002B2C1B">
      <w:pPr>
        <w:keepLines/>
        <w:spacing w:before="240" w:after="200" w:line="269" w:lineRule="auto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  <w:sz w:val="19"/>
        </w:rPr>
        <w:t>Può scegliere liberamente se sottoporsi al test e ha diritto di rifiutarlo o di interromperlo in qualsiasi momento.</w:t>
      </w:r>
    </w:p>
    <w:p w14:paraId="75FA8681" w14:textId="77777777" w:rsidR="00CC2457" w:rsidRPr="0043750B" w:rsidRDefault="002B2C1B" w:rsidP="0043750B">
      <w:pPr>
        <w:keepLines/>
        <w:spacing w:before="560" w:after="280" w:line="269" w:lineRule="auto"/>
        <w:rPr>
          <w:rFonts w:ascii="Verdana" w:eastAsia="Aptos" w:hAnsi="Verdana" w:cstheme="majorHAnsi"/>
          <w:color w:val="auto"/>
          <w:sz w:val="18"/>
        </w:rPr>
      </w:pPr>
      <w:r w:rsidRPr="005014B1">
        <w:rPr>
          <w:rFonts w:ascii="Verdana" w:eastAsia="Aptos" w:hAnsi="Verdana" w:cstheme="majorHAnsi"/>
          <w:color w:val="auto"/>
          <w:sz w:val="19"/>
        </w:rPr>
        <w:t>Se le informazioni fornite non fossero sufficientemente chiare, il personale è a Sua disposizione per ulteriori spiegazioni.</w:t>
      </w:r>
    </w:p>
    <w:p w14:paraId="6F1AA354" w14:textId="3E61328F" w:rsidR="0043750B" w:rsidRPr="0043750B" w:rsidRDefault="0043750B" w:rsidP="0043750B">
      <w:pPr>
        <w:keepLines/>
        <w:spacing w:before="560" w:after="280" w:line="269" w:lineRule="auto"/>
        <w:rPr>
          <w:rFonts w:ascii="Verdana" w:eastAsia="Aptos" w:hAnsi="Verdana" w:cstheme="majorHAnsi"/>
          <w:color w:val="auto"/>
          <w:sz w:val="18"/>
        </w:rPr>
      </w:pPr>
      <w:r w:rsidRPr="0043750B">
        <w:rPr>
          <w:rFonts w:ascii="Verdana" w:eastAsia="Aptos" w:hAnsi="Verdana" w:cstheme="majorHAnsi"/>
          <w:color w:val="auto"/>
          <w:sz w:val="18"/>
        </w:rPr>
        <w:tab/>
        <w:t xml:space="preserve">Trento, </w:t>
      </w:r>
      <w:proofErr w:type="spellStart"/>
      <w:r w:rsidRPr="0043750B">
        <w:rPr>
          <w:rFonts w:ascii="Verdana" w:eastAsia="Aptos" w:hAnsi="Verdana" w:cstheme="majorHAnsi"/>
          <w:color w:val="auto"/>
          <w:sz w:val="18"/>
        </w:rPr>
        <w:t>lì</w:t>
      </w:r>
      <w:proofErr w:type="spellEnd"/>
      <w:r w:rsidRPr="0043750B">
        <w:rPr>
          <w:rFonts w:ascii="Verdana" w:eastAsia="Aptos" w:hAnsi="Verdana" w:cstheme="majorHAnsi"/>
          <w:color w:val="auto"/>
          <w:sz w:val="18"/>
        </w:rPr>
        <w:t xml:space="preserve"> ____ / ____ / ________</w:t>
      </w:r>
    </w:p>
    <w:p w14:paraId="4F5BBF8C" w14:textId="2852835F" w:rsidR="00CC2457" w:rsidRPr="005014B1" w:rsidRDefault="002B2C1B" w:rsidP="007A0944">
      <w:pPr>
        <w:tabs>
          <w:tab w:val="left" w:pos="6285"/>
        </w:tabs>
        <w:spacing w:after="40"/>
        <w:rPr>
          <w:rFonts w:ascii="Verdana" w:hAnsi="Verdana" w:cstheme="majorHAnsi"/>
        </w:rPr>
      </w:pPr>
      <w:r w:rsidRPr="0043750B">
        <w:rPr>
          <w:rFonts w:ascii="Verdana" w:hAnsi="Verdana" w:cstheme="majorHAnsi"/>
        </w:rPr>
        <w:br w:type="page"/>
      </w:r>
    </w:p>
    <w:p w14:paraId="67305B4A" w14:textId="77777777" w:rsidR="00DA75CA" w:rsidRPr="005014B1" w:rsidRDefault="00DA75CA">
      <w:pPr>
        <w:spacing w:after="40"/>
        <w:jc w:val="center"/>
        <w:rPr>
          <w:rFonts w:ascii="Verdana" w:hAnsi="Verdana" w:cstheme="majorHAnsi"/>
        </w:rPr>
      </w:pPr>
    </w:p>
    <w:tbl>
      <w:tblPr>
        <w:tblW w:w="0" w:type="auto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0066"/>
      </w:tblGrid>
      <w:tr w:rsidR="00CC2457" w:rsidRPr="005014B1" w14:paraId="06325402" w14:textId="77777777" w:rsidTr="005014B1">
        <w:trPr>
          <w:jc w:val="center"/>
        </w:trPr>
        <w:tc>
          <w:tcPr>
            <w:tcW w:w="10200" w:type="dxa"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shd w:val="clear" w:color="auto" w:fill="EAF1DD" w:themeFill="accent3" w:themeFillTint="33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DD02BF0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30"/>
              </w:rPr>
              <w:t>CONSENSO INFORMATO</w:t>
            </w:r>
            <w:r w:rsidRPr="005014B1">
              <w:rPr>
                <w:rFonts w:ascii="Verdana" w:eastAsia="Aptos" w:hAnsi="Verdana" w:cstheme="majorHAnsi"/>
                <w:b/>
                <w:color w:val="auto"/>
                <w:sz w:val="30"/>
              </w:rPr>
              <w:br/>
              <w:t>AL TEST DA SFORZO CON CICLOERGOMETRO</w:t>
            </w:r>
          </w:p>
        </w:tc>
      </w:tr>
    </w:tbl>
    <w:p w14:paraId="1B55225B" w14:textId="77777777" w:rsidR="008A32F5" w:rsidRPr="005014B1" w:rsidRDefault="008A32F5">
      <w:pPr>
        <w:spacing w:after="40" w:line="240" w:lineRule="auto"/>
        <w:rPr>
          <w:rFonts w:ascii="Verdana" w:hAnsi="Verdana" w:cstheme="majorHAnsi"/>
          <w:b/>
        </w:rPr>
      </w:pPr>
    </w:p>
    <w:p w14:paraId="17D3F3F0" w14:textId="77777777" w:rsidR="005014B1" w:rsidRDefault="005014B1">
      <w:pPr>
        <w:keepNext/>
        <w:keepLines/>
        <w:spacing w:after="240" w:line="269" w:lineRule="auto"/>
        <w:rPr>
          <w:rFonts w:ascii="Verdana" w:eastAsia="Aptos" w:hAnsi="Verdana" w:cstheme="majorHAnsi"/>
        </w:rPr>
      </w:pPr>
    </w:p>
    <w:p w14:paraId="0BEC57FC" w14:textId="56BE5BB6" w:rsidR="008A32F5" w:rsidRPr="005014B1" w:rsidRDefault="002B2C1B">
      <w:pPr>
        <w:keepNext/>
        <w:keepLines/>
        <w:spacing w:after="240" w:line="269" w:lineRule="auto"/>
        <w:rPr>
          <w:rFonts w:ascii="Verdana" w:hAnsi="Verdana" w:cstheme="majorHAnsi"/>
          <w:b/>
          <w:color w:val="auto"/>
        </w:rPr>
      </w:pPr>
      <w:r w:rsidRPr="005014B1">
        <w:rPr>
          <w:rFonts w:ascii="Verdana" w:eastAsia="Aptos" w:hAnsi="Verdana" w:cstheme="majorHAnsi"/>
          <w:color w:val="auto"/>
        </w:rPr>
        <w:t xml:space="preserve">Gentile </w:t>
      </w:r>
      <w:r w:rsidR="0043750B" w:rsidRPr="005014B1">
        <w:rPr>
          <w:rFonts w:ascii="Verdana" w:eastAsia="Aptos" w:hAnsi="Verdana" w:cstheme="majorHAnsi"/>
          <w:color w:val="auto"/>
        </w:rPr>
        <w:t>Sig./</w:t>
      </w:r>
      <w:proofErr w:type="spellStart"/>
      <w:r w:rsidR="0043750B" w:rsidRPr="005014B1">
        <w:rPr>
          <w:rFonts w:ascii="Verdana" w:eastAsia="Aptos" w:hAnsi="Verdana" w:cstheme="majorHAnsi"/>
          <w:color w:val="auto"/>
        </w:rPr>
        <w:t>Sig.ra</w:t>
      </w:r>
      <w:proofErr w:type="spellEnd"/>
      <w:r w:rsidR="0043750B" w:rsidRPr="005014B1">
        <w:rPr>
          <w:rFonts w:ascii="Verdana" w:eastAsia="Aptos" w:hAnsi="Verdana" w:cstheme="majorHAnsi"/>
          <w:color w:val="auto"/>
        </w:rPr>
        <w:t xml:space="preserve"> </w:t>
      </w:r>
      <w:proofErr w:type="spellStart"/>
      <w:r w:rsidR="0043750B" w:rsidRPr="005014B1">
        <w:rPr>
          <w:rFonts w:ascii="Verdana" w:eastAsia="Aptos" w:hAnsi="Verdana" w:cstheme="majorHAnsi"/>
          <w:color w:val="auto"/>
        </w:rPr>
        <w:t>Cognome</w:t>
      </w:r>
      <w:proofErr w:type="spellEnd"/>
      <w:r w:rsidRPr="005014B1">
        <w:rPr>
          <w:rFonts w:ascii="Verdana" w:eastAsia="Aptos" w:hAnsi="Verdana" w:cstheme="majorHAnsi"/>
          <w:color w:val="auto"/>
        </w:rPr>
        <w:t xml:space="preserve"> _______________________</w:t>
      </w:r>
      <w:r w:rsidR="0043750B" w:rsidRPr="005014B1">
        <w:rPr>
          <w:rFonts w:ascii="Verdana" w:eastAsia="Aptos" w:hAnsi="Verdana" w:cstheme="majorHAnsi"/>
          <w:color w:val="auto"/>
        </w:rPr>
        <w:t>_ Nome</w:t>
      </w:r>
      <w:r w:rsidRPr="005014B1">
        <w:rPr>
          <w:rFonts w:ascii="Verdana" w:eastAsia="Aptos" w:hAnsi="Verdana" w:cstheme="majorHAnsi"/>
          <w:color w:val="auto"/>
        </w:rPr>
        <w:t xml:space="preserve"> ________________________,</w:t>
      </w:r>
    </w:p>
    <w:p w14:paraId="53CD7E95" w14:textId="2C13BAA7" w:rsidR="00CC2457" w:rsidRPr="0043750B" w:rsidRDefault="002B2C1B">
      <w:pPr>
        <w:keepLines/>
        <w:spacing w:after="240" w:line="269" w:lineRule="auto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  <w:sz w:val="18"/>
        </w:rPr>
        <w:t xml:space="preserve">DATA DI NASCITA  </w:t>
      </w:r>
      <w:r w:rsidRPr="0043750B">
        <w:rPr>
          <w:rFonts w:ascii="Verdana" w:eastAsia="Aptos" w:hAnsi="Verdana" w:cstheme="majorHAnsi"/>
          <w:color w:val="auto"/>
        </w:rPr>
        <w:t>____ / ____ / ________</w:t>
      </w:r>
    </w:p>
    <w:p w14:paraId="0D7DFA44" w14:textId="77777777" w:rsidR="00CC2457" w:rsidRPr="0043750B" w:rsidRDefault="002B2C1B" w:rsidP="00735F36">
      <w:pPr>
        <w:keepNext/>
        <w:keepLines/>
        <w:spacing w:before="280" w:after="240" w:line="269" w:lineRule="auto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</w:rPr>
        <w:t>DICHIARO DI AVER RICEVUTO ADEGUATE INFORMAZIONI, VERBALI E SCRITTE, IN MERITO A:</w:t>
      </w:r>
    </w:p>
    <w:p w14:paraId="34F6B7E7" w14:textId="77777777" w:rsidR="00CC2457" w:rsidRPr="0043750B" w:rsidRDefault="002B2C1B">
      <w:pPr>
        <w:keepLines/>
        <w:spacing w:after="220" w:line="269" w:lineRule="auto"/>
        <w:ind w:left="170" w:hanging="227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  <w:sz w:val="19"/>
        </w:rPr>
        <w:t>1. SCOPO E MODALITÀ DI ESECUZIONE DEL TEST</w:t>
      </w:r>
    </w:p>
    <w:p w14:paraId="77F9F168" w14:textId="77777777" w:rsidR="00CC2457" w:rsidRPr="0043750B" w:rsidRDefault="002B2C1B">
      <w:pPr>
        <w:keepLines/>
        <w:spacing w:after="220" w:line="269" w:lineRule="auto"/>
        <w:ind w:left="170" w:hanging="227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  <w:sz w:val="19"/>
        </w:rPr>
        <w:t>2. POSSIBILI RISCHI, ANCHE RARI, CONNESSI ALL’ESAME</w:t>
      </w:r>
    </w:p>
    <w:p w14:paraId="4AAF107A" w14:textId="77777777" w:rsidR="00CC2457" w:rsidRPr="0043750B" w:rsidRDefault="002B2C1B">
      <w:pPr>
        <w:keepLines/>
        <w:spacing w:after="220" w:line="269" w:lineRule="auto"/>
        <w:ind w:left="170" w:hanging="227"/>
        <w:rPr>
          <w:rFonts w:ascii="Verdana" w:hAnsi="Verdana" w:cstheme="majorHAnsi"/>
          <w:color w:val="auto"/>
        </w:rPr>
      </w:pPr>
      <w:r w:rsidRPr="0043750B">
        <w:rPr>
          <w:rFonts w:ascii="Verdana" w:eastAsia="Aptos" w:hAnsi="Verdana" w:cstheme="majorHAnsi"/>
          <w:b/>
          <w:color w:val="auto"/>
          <w:sz w:val="19"/>
        </w:rPr>
        <w:t>3. PRECAUZIONI ADOTTATE PER LA MIA SICUREZZA</w:t>
      </w:r>
    </w:p>
    <w:p w14:paraId="3917EF2A" w14:textId="77777777" w:rsidR="00CC2457" w:rsidRPr="0043750B" w:rsidRDefault="002B2C1B" w:rsidP="005014B1">
      <w:pPr>
        <w:keepLines/>
        <w:spacing w:before="280" w:after="240" w:line="269" w:lineRule="auto"/>
        <w:jc w:val="both"/>
        <w:rPr>
          <w:rFonts w:ascii="Verdana" w:eastAsia="Aptos" w:hAnsi="Verdana" w:cstheme="majorHAnsi"/>
          <w:color w:val="auto"/>
          <w:sz w:val="19"/>
        </w:rPr>
      </w:pPr>
      <w:r w:rsidRPr="0043750B">
        <w:rPr>
          <w:rFonts w:ascii="Verdana" w:eastAsia="Aptos" w:hAnsi="Verdana" w:cstheme="majorHAnsi"/>
          <w:color w:val="auto"/>
          <w:sz w:val="19"/>
        </w:rPr>
        <w:t>DICHIARO DI ACCETTARE LIBERAMENTE DI SOTTOPORMI AL TEST, CONSAPEVOLE CHE L’ESAME È FINALIZZATO A VALUTARE LA FUNZIONALITÀ DEL MIO APPARATO CARDIOVASCOLARE E L’EVENTUALE NECESSITÀ DI ULTERIORI INDAGINI, ANCHE PIÙ COMPLESSE, CHE POTREBBERO ESSERE IMPORTANTI PER PREVENIRE EVENTI FUTURI E MIGLIORARE LA QUALITÀ DELLA MIA VITA.</w:t>
      </w:r>
    </w:p>
    <w:p w14:paraId="33F1C0A2" w14:textId="77777777" w:rsidR="005014B1" w:rsidRPr="0043750B" w:rsidRDefault="005014B1">
      <w:pPr>
        <w:keepLines/>
        <w:spacing w:before="280" w:after="240" w:line="269" w:lineRule="auto"/>
        <w:rPr>
          <w:rFonts w:ascii="Verdana" w:hAnsi="Verdana" w:cstheme="majorHAnsi"/>
          <w:color w:val="aut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5043"/>
      </w:tblGrid>
      <w:tr w:rsidR="00CC2457" w:rsidRPr="005014B1" w14:paraId="7F40CCB3" w14:textId="77777777">
        <w:trPr>
          <w:jc w:val="center"/>
        </w:trPr>
        <w:tc>
          <w:tcPr>
            <w:tcW w:w="51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3EE5BD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t>Firma del Paziente</w:t>
            </w: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br/>
              <w:t>(Firma del Genitore/Delegato per i minorenni)</w:t>
            </w:r>
          </w:p>
          <w:p w14:paraId="16006871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br/>
              <w:t>____________________________</w:t>
            </w:r>
          </w:p>
        </w:tc>
        <w:tc>
          <w:tcPr>
            <w:tcW w:w="51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B3764B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t>Firma del Medico</w:t>
            </w:r>
          </w:p>
          <w:p w14:paraId="07CDDA6A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br/>
              <w:t>____________________________</w:t>
            </w:r>
          </w:p>
        </w:tc>
      </w:tr>
      <w:tr w:rsidR="00CC2457" w:rsidRPr="005014B1" w14:paraId="420C4171" w14:textId="77777777">
        <w:trPr>
          <w:jc w:val="center"/>
        </w:trPr>
        <w:tc>
          <w:tcPr>
            <w:tcW w:w="51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F9F811" w14:textId="77777777" w:rsidR="00CC2457" w:rsidRPr="005014B1" w:rsidRDefault="00CC2457">
            <w:pPr>
              <w:spacing w:after="40"/>
              <w:jc w:val="center"/>
              <w:rPr>
                <w:rFonts w:ascii="Verdana" w:hAnsi="Verdana" w:cstheme="majorHAnsi"/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AEACEB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t>Firma dell’assistente</w:t>
            </w:r>
          </w:p>
          <w:p w14:paraId="632CA03D" w14:textId="77777777" w:rsidR="00CC2457" w:rsidRPr="005014B1" w:rsidRDefault="002B2C1B">
            <w:pPr>
              <w:spacing w:after="160"/>
              <w:jc w:val="center"/>
              <w:rPr>
                <w:rFonts w:ascii="Verdana" w:hAnsi="Verdana" w:cstheme="majorHAnsi"/>
                <w:color w:val="auto"/>
              </w:rPr>
            </w:pPr>
            <w:r w:rsidRPr="005014B1">
              <w:rPr>
                <w:rFonts w:ascii="Verdana" w:eastAsia="Aptos" w:hAnsi="Verdana" w:cstheme="majorHAnsi"/>
                <w:b/>
                <w:color w:val="auto"/>
                <w:sz w:val="18"/>
              </w:rPr>
              <w:br/>
              <w:t>____________________________</w:t>
            </w:r>
          </w:p>
        </w:tc>
      </w:tr>
    </w:tbl>
    <w:p w14:paraId="6B375A80" w14:textId="77777777" w:rsidR="00CC2457" w:rsidRPr="005014B1" w:rsidRDefault="002B2C1B" w:rsidP="005014B1">
      <w:pPr>
        <w:keepLines/>
        <w:spacing w:before="560" w:after="280" w:line="269" w:lineRule="auto"/>
        <w:rPr>
          <w:rFonts w:ascii="Verdana" w:hAnsi="Verdana" w:cstheme="majorHAnsi"/>
          <w:color w:val="auto"/>
        </w:rPr>
      </w:pPr>
      <w:r w:rsidRPr="005014B1">
        <w:rPr>
          <w:rFonts w:ascii="Verdana" w:eastAsia="Aptos" w:hAnsi="Verdana" w:cstheme="majorHAnsi"/>
          <w:color w:val="auto"/>
          <w:sz w:val="18"/>
        </w:rPr>
        <w:t>Trento, lì ____ / ____ / ________</w:t>
      </w:r>
    </w:p>
    <w:sectPr w:rsidR="00CC2457" w:rsidRPr="005014B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5" w:right="1077" w:bottom="907" w:left="107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5272" w14:textId="77777777" w:rsidR="001D40C3" w:rsidRDefault="001D40C3" w:rsidP="00595F68">
      <w:pPr>
        <w:spacing w:after="0" w:line="240" w:lineRule="auto"/>
      </w:pPr>
      <w:r>
        <w:separator/>
      </w:r>
    </w:p>
  </w:endnote>
  <w:endnote w:type="continuationSeparator" w:id="0">
    <w:p w14:paraId="23527491" w14:textId="77777777" w:rsidR="001D40C3" w:rsidRDefault="001D40C3" w:rsidP="0059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A7E2" w14:textId="77777777" w:rsidR="007A0944" w:rsidRDefault="007A094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6AD7" w14:textId="5F607E7A" w:rsidR="00DA75CA" w:rsidRPr="00DA75CA" w:rsidRDefault="00DA75CA" w:rsidP="00DA75CA">
    <w:pPr>
      <w:pStyle w:val="Pidipagina"/>
      <w:rPr>
        <w:lang w:val="it-IT"/>
      </w:rPr>
    </w:pPr>
    <w:r w:rsidRPr="00DA75CA">
      <w:rPr>
        <w:noProof/>
        <w:lang w:val="it-IT"/>
      </w:rPr>
      <w:drawing>
        <wp:inline distT="0" distB="0" distL="0" distR="0" wp14:anchorId="4E08A637" wp14:editId="0251297B">
          <wp:extent cx="6477000" cy="259080"/>
          <wp:effectExtent l="0" t="0" r="0" b="7620"/>
          <wp:docPr id="908376947" name="Immagine 4" descr="The text provides contact information for an establishment in Trento, Italy, including an address, phone number, email, and VAT number.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376947" name="Immagine 4" descr="The text provides contact information for an establishment in Trento, Italy, including an address, phone number, email, and VAT number.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4CFF2A" w14:textId="77777777" w:rsidR="00DA75CA" w:rsidRDefault="00DA75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0B47" w14:textId="77777777" w:rsidR="007A0944" w:rsidRDefault="007A09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B4DE8" w14:textId="77777777" w:rsidR="001D40C3" w:rsidRDefault="001D40C3" w:rsidP="00595F68">
      <w:pPr>
        <w:spacing w:after="0" w:line="240" w:lineRule="auto"/>
      </w:pPr>
      <w:r>
        <w:separator/>
      </w:r>
    </w:p>
  </w:footnote>
  <w:footnote w:type="continuationSeparator" w:id="0">
    <w:p w14:paraId="66A3996F" w14:textId="77777777" w:rsidR="001D40C3" w:rsidRDefault="001D40C3" w:rsidP="00595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C5D5" w14:textId="77777777" w:rsidR="007A0944" w:rsidRDefault="007A094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BC2" w14:textId="55814EFF" w:rsidR="00DA75CA" w:rsidRPr="00DA75CA" w:rsidRDefault="007A0944" w:rsidP="007A0944">
    <w:pPr>
      <w:pStyle w:val="Intestazione"/>
      <w:tabs>
        <w:tab w:val="center" w:pos="5043"/>
        <w:tab w:val="left" w:pos="9180"/>
      </w:tabs>
      <w:rPr>
        <w:lang w:val="it-IT"/>
      </w:rPr>
    </w:pPr>
    <w:r>
      <w:rPr>
        <w:lang w:val="it-IT"/>
      </w:rPr>
      <w:tab/>
    </w:r>
    <w:r w:rsidR="00DA75CA" w:rsidRPr="00DA75CA">
      <w:rPr>
        <w:noProof/>
        <w:lang w:val="it-IT"/>
      </w:rPr>
      <w:drawing>
        <wp:inline distT="0" distB="0" distL="0" distR="0" wp14:anchorId="2735C3C6" wp14:editId="10C2BFE6">
          <wp:extent cx="1933575" cy="430504"/>
          <wp:effectExtent l="0" t="0" r="0" b="8255"/>
          <wp:docPr id="130424317" name="Immagine 2" descr="CENTRO MEDICO POLISPECIALIST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4317" name="Immagine 2" descr="CENTRO MEDICO POLISPECIALIST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7595" cy="4469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it-IT"/>
      </w:rPr>
      <w:tab/>
    </w:r>
  </w:p>
  <w:p w14:paraId="7A59C009" w14:textId="73B8D818" w:rsidR="00595F68" w:rsidRDefault="00595F68" w:rsidP="00595F68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996DC" w14:textId="77777777" w:rsidR="007A0944" w:rsidRDefault="007A0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6008788">
    <w:abstractNumId w:val="8"/>
  </w:num>
  <w:num w:numId="2" w16cid:durableId="923077504">
    <w:abstractNumId w:val="6"/>
  </w:num>
  <w:num w:numId="3" w16cid:durableId="1810853802">
    <w:abstractNumId w:val="5"/>
  </w:num>
  <w:num w:numId="4" w16cid:durableId="1829904920">
    <w:abstractNumId w:val="4"/>
  </w:num>
  <w:num w:numId="5" w16cid:durableId="1899392228">
    <w:abstractNumId w:val="7"/>
  </w:num>
  <w:num w:numId="6" w16cid:durableId="2144540130">
    <w:abstractNumId w:val="3"/>
  </w:num>
  <w:num w:numId="7" w16cid:durableId="439877721">
    <w:abstractNumId w:val="2"/>
  </w:num>
  <w:num w:numId="8" w16cid:durableId="665133743">
    <w:abstractNumId w:val="1"/>
  </w:num>
  <w:num w:numId="9" w16cid:durableId="4248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0C3"/>
    <w:rsid w:val="0029639D"/>
    <w:rsid w:val="002B2C1B"/>
    <w:rsid w:val="00326F90"/>
    <w:rsid w:val="0043750B"/>
    <w:rsid w:val="005014B1"/>
    <w:rsid w:val="00541E1E"/>
    <w:rsid w:val="00595F68"/>
    <w:rsid w:val="00735F36"/>
    <w:rsid w:val="007A0944"/>
    <w:rsid w:val="00820CE5"/>
    <w:rsid w:val="008A32F5"/>
    <w:rsid w:val="009E2387"/>
    <w:rsid w:val="00A267DC"/>
    <w:rsid w:val="00A65B03"/>
    <w:rsid w:val="00AA1D8D"/>
    <w:rsid w:val="00AB0734"/>
    <w:rsid w:val="00B47730"/>
    <w:rsid w:val="00BD7695"/>
    <w:rsid w:val="00CB0664"/>
    <w:rsid w:val="00CC2457"/>
    <w:rsid w:val="00DA75CA"/>
    <w:rsid w:val="00E80868"/>
    <w:rsid w:val="00EA5002"/>
    <w:rsid w:val="00F403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A2D88"/>
  <w14:defaultImageDpi w14:val="300"/>
  <w15:docId w15:val="{F1442ABD-8279-407E-B094-CC2943C1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ptos" w:hAnsi="Aptos"/>
      <w:color w:val="4A5560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Ufficio Segreteria</cp:lastModifiedBy>
  <cp:revision>4</cp:revision>
  <cp:lastPrinted>2026-10-28T14:49:00Z</cp:lastPrinted>
  <dcterms:created xsi:type="dcterms:W3CDTF">2026-10-28T12:53:00Z</dcterms:created>
  <dcterms:modified xsi:type="dcterms:W3CDTF">2026-10-28T14:51:00Z</dcterms:modified>
  <cp:category/>
</cp:coreProperties>
</file>